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FD99B" w14:textId="77777777" w:rsidR="003A0E48" w:rsidRDefault="003A0E48">
      <w:pPr>
        <w:pStyle w:val="Title"/>
        <w:jc w:val="center"/>
        <w:rPr>
          <w:rFonts w:ascii="Aptos" w:hAnsi="Aptos"/>
          <w:color w:val="000000" w:themeColor="text1"/>
          <w:sz w:val="48"/>
          <w:szCs w:val="48"/>
          <w:lang w:val="en-GB"/>
        </w:rPr>
      </w:pPr>
    </w:p>
    <w:p w14:paraId="35F59D24" w14:textId="40680C64" w:rsidR="005E7972" w:rsidRDefault="009C499A">
      <w:pPr>
        <w:pStyle w:val="Title"/>
        <w:jc w:val="center"/>
        <w:rPr>
          <w:rFonts w:ascii="Aptos" w:hAnsi="Aptos"/>
          <w:color w:val="000000" w:themeColor="text1"/>
          <w:sz w:val="48"/>
          <w:szCs w:val="48"/>
          <w:lang w:val="el-GR"/>
        </w:rPr>
      </w:pPr>
      <w:r>
        <w:rPr>
          <w:rFonts w:ascii="Aptos" w:hAnsi="Aptos"/>
          <w:color w:val="000000" w:themeColor="text1"/>
          <w:sz w:val="48"/>
          <w:szCs w:val="48"/>
          <w:lang w:val="en-GB"/>
        </w:rPr>
        <w:t>METRON</w:t>
      </w:r>
    </w:p>
    <w:p w14:paraId="5F593ABE" w14:textId="77777777" w:rsidR="003A0E48" w:rsidRDefault="003A0E48" w:rsidP="003A0E48">
      <w:pPr>
        <w:jc w:val="center"/>
        <w:rPr>
          <w:b/>
          <w:bCs/>
          <w:sz w:val="44"/>
          <w:szCs w:val="48"/>
          <w:lang w:val="el-GR"/>
        </w:rPr>
      </w:pPr>
    </w:p>
    <w:p w14:paraId="2087A994" w14:textId="77777777" w:rsidR="003A0E48" w:rsidRDefault="003A0E48" w:rsidP="003A0E48">
      <w:pPr>
        <w:jc w:val="center"/>
        <w:rPr>
          <w:b/>
          <w:bCs/>
          <w:sz w:val="44"/>
          <w:szCs w:val="48"/>
          <w:lang w:val="el-GR"/>
        </w:rPr>
      </w:pPr>
    </w:p>
    <w:p w14:paraId="6204628D" w14:textId="77777777" w:rsidR="003A0E48" w:rsidRDefault="003A0E48" w:rsidP="003A0E48">
      <w:pPr>
        <w:jc w:val="center"/>
        <w:rPr>
          <w:b/>
          <w:bCs/>
          <w:sz w:val="44"/>
          <w:szCs w:val="48"/>
          <w:lang w:val="el-GR"/>
        </w:rPr>
      </w:pPr>
    </w:p>
    <w:p w14:paraId="524BEEC9" w14:textId="77777777" w:rsidR="003A0E48" w:rsidRDefault="003A0E48" w:rsidP="003A0E48">
      <w:pPr>
        <w:jc w:val="center"/>
        <w:rPr>
          <w:b/>
          <w:bCs/>
          <w:sz w:val="44"/>
          <w:szCs w:val="48"/>
          <w:lang w:val="el-GR"/>
        </w:rPr>
      </w:pPr>
    </w:p>
    <w:p w14:paraId="1889241F" w14:textId="77777777" w:rsidR="003A0E48" w:rsidRDefault="003A0E48" w:rsidP="003A0E48">
      <w:pPr>
        <w:jc w:val="center"/>
        <w:rPr>
          <w:b/>
          <w:bCs/>
          <w:sz w:val="44"/>
          <w:szCs w:val="48"/>
          <w:lang w:val="el-GR"/>
        </w:rPr>
      </w:pPr>
    </w:p>
    <w:p w14:paraId="1EAC2EB1" w14:textId="46146C3C" w:rsidR="003A0E48" w:rsidRPr="003A0E48" w:rsidRDefault="003A0E48" w:rsidP="003A0E48">
      <w:pPr>
        <w:jc w:val="center"/>
        <w:rPr>
          <w:b/>
          <w:bCs/>
          <w:sz w:val="44"/>
          <w:szCs w:val="48"/>
          <w:lang w:val="el-GR"/>
        </w:rPr>
      </w:pPr>
      <w:r w:rsidRPr="003A0E48">
        <w:rPr>
          <w:b/>
          <w:bCs/>
          <w:sz w:val="44"/>
          <w:szCs w:val="48"/>
          <w:lang w:val="el-GR"/>
        </w:rPr>
        <w:t>ΠΑΡΑΡΤΗΜΑΤΑ</w:t>
      </w:r>
    </w:p>
    <w:p w14:paraId="70022718" w14:textId="77777777" w:rsidR="003A0E48" w:rsidRPr="003A0E48" w:rsidRDefault="003A0E48" w:rsidP="003A0E48">
      <w:pPr>
        <w:rPr>
          <w:lang w:val="el-GR"/>
        </w:rPr>
      </w:pPr>
    </w:p>
    <w:p w14:paraId="09A42517" w14:textId="156F4568" w:rsidR="00E347B2" w:rsidRPr="003A0E48" w:rsidRDefault="0030764C" w:rsidP="003A0E48">
      <w:pPr>
        <w:pStyle w:val="Title"/>
        <w:jc w:val="both"/>
        <w:rPr>
          <w:lang w:val="el-GR"/>
        </w:rPr>
      </w:pPr>
      <w:r w:rsidRPr="004D5BB0">
        <w:rPr>
          <w:lang w:val="el-GR"/>
        </w:rPr>
        <w:br w:type="page"/>
      </w:r>
    </w:p>
    <w:p w14:paraId="27E134E0" w14:textId="0BE320FA" w:rsidR="00813DAD" w:rsidRPr="00813DAD" w:rsidRDefault="00813DAD" w:rsidP="00813DAD">
      <w:pPr>
        <w:pStyle w:val="Heading1"/>
        <w:rPr>
          <w:lang w:val="el-GR"/>
        </w:rPr>
      </w:pPr>
      <w:bookmarkStart w:id="0" w:name="_Toc226441470"/>
      <w:r w:rsidRPr="00063147">
        <w:rPr>
          <w:color w:val="000000" w:themeColor="text1"/>
          <w:lang w:val="el-GR"/>
        </w:rPr>
        <w:lastRenderedPageBreak/>
        <w:t>ΠΑΡΑΡΤΗΜΑ Ι – Έντυπο Υποβολής Προσφοράς</w:t>
      </w:r>
      <w:bookmarkEnd w:id="0"/>
    </w:p>
    <w:p w14:paraId="05B64DF2" w14:textId="5BC409CC" w:rsidR="00813DAD" w:rsidRPr="00FA14A1" w:rsidRDefault="00813DAD" w:rsidP="00FA14A1">
      <w:pPr>
        <w:pStyle w:val="Body"/>
        <w:spacing w:after="80"/>
        <w:jc w:val="both"/>
        <w:rPr>
          <w:sz w:val="24"/>
          <w:szCs w:val="28"/>
          <w:lang w:val="el-GR"/>
        </w:rPr>
      </w:pPr>
      <w:r w:rsidRPr="00FA14A1">
        <w:rPr>
          <w:sz w:val="24"/>
          <w:szCs w:val="28"/>
          <w:lang w:val="el-GR"/>
        </w:rPr>
        <w:t>Το παρόν έντυπο πρέπει να συμπληρωθεί πλήρως και να χρησιμοποιηθεί σε συνδυασμό με το Παράρτημα ΙΙ (</w:t>
      </w:r>
      <w:r w:rsidRPr="00FA14A1">
        <w:rPr>
          <w:sz w:val="24"/>
          <w:szCs w:val="28"/>
        </w:rPr>
        <w:t>KPIs</w:t>
      </w:r>
      <w:r w:rsidRPr="00FA14A1">
        <w:rPr>
          <w:sz w:val="24"/>
          <w:szCs w:val="28"/>
          <w:lang w:val="el-GR"/>
        </w:rPr>
        <w:t>), το Παράρτημα ΙΙΙ (</w:t>
      </w:r>
      <w:r w:rsidR="001D745A" w:rsidRPr="00FA14A1">
        <w:rPr>
          <w:sz w:val="24"/>
          <w:szCs w:val="28"/>
          <w:lang w:val="el-GR"/>
        </w:rPr>
        <w:t xml:space="preserve">Αναμενόμενη απόδοση της επιχορήγησης , </w:t>
      </w:r>
      <w:r w:rsidRPr="00FA14A1">
        <w:rPr>
          <w:sz w:val="24"/>
          <w:szCs w:val="28"/>
        </w:rPr>
        <w:t>Return</w:t>
      </w:r>
      <w:r w:rsidRPr="00FA14A1">
        <w:rPr>
          <w:sz w:val="24"/>
          <w:szCs w:val="28"/>
          <w:lang w:val="el-GR"/>
        </w:rPr>
        <w:t xml:space="preserve"> </w:t>
      </w:r>
      <w:r w:rsidRPr="00FA14A1">
        <w:rPr>
          <w:sz w:val="24"/>
          <w:szCs w:val="28"/>
        </w:rPr>
        <w:t>on</w:t>
      </w:r>
      <w:r w:rsidRPr="00FA14A1">
        <w:rPr>
          <w:sz w:val="24"/>
          <w:szCs w:val="28"/>
          <w:lang w:val="el-GR"/>
        </w:rPr>
        <w:t xml:space="preserve"> </w:t>
      </w:r>
      <w:r w:rsidRPr="00FA14A1">
        <w:rPr>
          <w:sz w:val="24"/>
          <w:szCs w:val="28"/>
        </w:rPr>
        <w:t>Grant</w:t>
      </w:r>
      <w:r w:rsidRPr="00FA14A1">
        <w:rPr>
          <w:sz w:val="24"/>
          <w:szCs w:val="28"/>
          <w:lang w:val="el-GR"/>
        </w:rPr>
        <w:t xml:space="preserve">) και το Παράρτημα </w:t>
      </w:r>
      <w:r w:rsidRPr="00FA14A1">
        <w:rPr>
          <w:sz w:val="24"/>
          <w:szCs w:val="28"/>
        </w:rPr>
        <w:t>IV</w:t>
      </w:r>
      <w:r w:rsidRPr="00FA14A1">
        <w:rPr>
          <w:sz w:val="24"/>
          <w:szCs w:val="28"/>
          <w:lang w:val="el-GR"/>
        </w:rPr>
        <w:t xml:space="preserve"> (Αναλυτικός Προϋπολογισμός). </w:t>
      </w:r>
    </w:p>
    <w:p w14:paraId="3DD8E4DA" w14:textId="77777777" w:rsidR="00813DAD" w:rsidRPr="00A806D6" w:rsidRDefault="00813DAD" w:rsidP="00813DAD">
      <w:pPr>
        <w:pStyle w:val="Heading2"/>
        <w:rPr>
          <w:color w:val="auto"/>
          <w:lang w:val="el-GR"/>
        </w:rPr>
      </w:pPr>
      <w:bookmarkStart w:id="1" w:name="_Toc226441471"/>
      <w:r w:rsidRPr="00A806D6">
        <w:rPr>
          <w:color w:val="auto"/>
          <w:lang w:val="el-GR"/>
        </w:rPr>
        <w:t>ΜΕΡΟΣ Α: Στοιχεία αιτητή</w:t>
      </w:r>
      <w:bookmarkEnd w:id="1"/>
    </w:p>
    <w:p w14:paraId="44D051EB" w14:textId="31FF2B05" w:rsidR="00813DAD" w:rsidRPr="00813DAD" w:rsidRDefault="005D21C3" w:rsidP="00813DAD">
      <w:pPr>
        <w:pStyle w:val="Body"/>
        <w:rPr>
          <w:lang w:val="el-GR"/>
        </w:rPr>
      </w:pPr>
      <w:r>
        <w:rPr>
          <w:lang w:val="el-GR"/>
        </w:rPr>
        <w:t>Α</w:t>
      </w:r>
      <w:r w:rsidR="00813DAD" w:rsidRPr="00813DAD">
        <w:rPr>
          <w:lang w:val="el-GR"/>
        </w:rPr>
        <w:t>1. Επωνυμία φορέα:</w:t>
      </w:r>
      <w:r w:rsidR="00FA14A1">
        <w:rPr>
          <w:lang w:val="el-GR"/>
        </w:rPr>
        <w:t>________________________________________________________________________________</w:t>
      </w:r>
      <w:r w:rsidR="00813DAD" w:rsidRPr="00813DAD">
        <w:rPr>
          <w:lang w:val="el-GR"/>
        </w:rPr>
        <w:br/>
      </w:r>
    </w:p>
    <w:p w14:paraId="06E36C3B" w14:textId="11BEED95" w:rsidR="00813DAD" w:rsidRPr="00813DAD" w:rsidRDefault="005D21C3" w:rsidP="00813DAD">
      <w:pPr>
        <w:pStyle w:val="Body"/>
        <w:rPr>
          <w:lang w:val="el-GR"/>
        </w:rPr>
      </w:pPr>
      <w:r>
        <w:rPr>
          <w:lang w:val="el-GR"/>
        </w:rPr>
        <w:t>Α</w:t>
      </w:r>
      <w:r w:rsidR="00813DAD" w:rsidRPr="00813DAD">
        <w:rPr>
          <w:lang w:val="el-GR"/>
        </w:rPr>
        <w:t>2. Νομική μορφή:</w:t>
      </w:r>
      <w:r w:rsidR="00FA14A1">
        <w:rPr>
          <w:lang w:val="el-GR"/>
        </w:rPr>
        <w:t>__________________________________________________________________________________</w:t>
      </w:r>
      <w:r w:rsidR="00813DAD" w:rsidRPr="00813DAD">
        <w:rPr>
          <w:lang w:val="el-GR"/>
        </w:rPr>
        <w:br/>
      </w:r>
    </w:p>
    <w:p w14:paraId="5DBBCE53" w14:textId="2A55FF5C" w:rsidR="00813DAD" w:rsidRPr="00813DAD" w:rsidRDefault="005D21C3" w:rsidP="00813DAD">
      <w:pPr>
        <w:pStyle w:val="Body"/>
        <w:rPr>
          <w:lang w:val="el-GR"/>
        </w:rPr>
      </w:pPr>
      <w:r>
        <w:rPr>
          <w:lang w:val="el-GR"/>
        </w:rPr>
        <w:t>Α</w:t>
      </w:r>
      <w:r w:rsidR="00813DAD" w:rsidRPr="00813DAD">
        <w:rPr>
          <w:lang w:val="el-GR"/>
        </w:rPr>
        <w:t>3. Αριθμός εγγραφής / μητρώου:</w:t>
      </w:r>
      <w:r w:rsidR="00FA14A1">
        <w:rPr>
          <w:lang w:val="el-GR"/>
        </w:rPr>
        <w:t>_____________________________________________________________________</w:t>
      </w:r>
      <w:r w:rsidR="00813DAD" w:rsidRPr="00813DAD">
        <w:rPr>
          <w:lang w:val="el-GR"/>
        </w:rPr>
        <w:br/>
      </w:r>
    </w:p>
    <w:p w14:paraId="08E73D84" w14:textId="088C4FBE" w:rsidR="00813DAD" w:rsidRPr="00813DAD" w:rsidRDefault="005D21C3" w:rsidP="00813DAD">
      <w:pPr>
        <w:pStyle w:val="Body"/>
        <w:rPr>
          <w:lang w:val="el-GR"/>
        </w:rPr>
      </w:pPr>
      <w:r>
        <w:rPr>
          <w:lang w:val="el-GR"/>
        </w:rPr>
        <w:t>Α</w:t>
      </w:r>
      <w:r w:rsidR="00813DAD" w:rsidRPr="00813DAD">
        <w:rPr>
          <w:lang w:val="el-GR"/>
        </w:rPr>
        <w:t>4. Διεύθυνση έδρας</w:t>
      </w:r>
      <w:r w:rsidR="00FA14A1">
        <w:rPr>
          <w:lang w:val="el-GR"/>
        </w:rPr>
        <w:t xml:space="preserve"> </w:t>
      </w:r>
      <w:r w:rsidR="00813DAD" w:rsidRPr="00813DAD">
        <w:rPr>
          <w:lang w:val="el-GR"/>
        </w:rPr>
        <w:t>:</w:t>
      </w:r>
      <w:r w:rsidR="00FA14A1">
        <w:rPr>
          <w:lang w:val="el-GR"/>
        </w:rPr>
        <w:t>________________________________________________________________________________</w:t>
      </w:r>
      <w:r w:rsidR="00813DAD" w:rsidRPr="00813DAD">
        <w:rPr>
          <w:lang w:val="el-GR"/>
        </w:rPr>
        <w:br/>
      </w:r>
    </w:p>
    <w:p w14:paraId="2A2FB1FE" w14:textId="3D1ABCD9" w:rsidR="00813DAD" w:rsidRPr="00813DAD" w:rsidRDefault="005D21C3" w:rsidP="00813DAD">
      <w:pPr>
        <w:pStyle w:val="Body"/>
        <w:rPr>
          <w:lang w:val="el-GR"/>
        </w:rPr>
      </w:pPr>
      <w:r>
        <w:rPr>
          <w:lang w:val="el-GR"/>
        </w:rPr>
        <w:t>Α</w:t>
      </w:r>
      <w:r w:rsidR="00813DAD" w:rsidRPr="00813DAD">
        <w:rPr>
          <w:lang w:val="el-GR"/>
        </w:rPr>
        <w:t>5. Ιστοσελίδα (εάν υπάρχει):</w:t>
      </w:r>
      <w:r w:rsidR="00FA14A1">
        <w:rPr>
          <w:lang w:val="el-GR"/>
        </w:rPr>
        <w:t>_________________________________________________________________________</w:t>
      </w:r>
      <w:r w:rsidR="00813DAD" w:rsidRPr="00813DAD">
        <w:rPr>
          <w:lang w:val="el-GR"/>
        </w:rPr>
        <w:br/>
      </w:r>
    </w:p>
    <w:p w14:paraId="02CC2A3B" w14:textId="2F99BFC6" w:rsidR="00813DAD" w:rsidRPr="00813DAD" w:rsidRDefault="005D21C3" w:rsidP="00813DAD">
      <w:pPr>
        <w:pStyle w:val="Body"/>
        <w:rPr>
          <w:lang w:val="el-GR"/>
        </w:rPr>
      </w:pPr>
      <w:r>
        <w:rPr>
          <w:lang w:val="el-GR"/>
        </w:rPr>
        <w:t>Α</w:t>
      </w:r>
      <w:r w:rsidR="00813DAD" w:rsidRPr="00813DAD">
        <w:rPr>
          <w:lang w:val="el-GR"/>
        </w:rPr>
        <w:t>6. Ονοματεπώνυμο υπεύθυνου έργου:</w:t>
      </w:r>
      <w:r w:rsidR="00FA14A1">
        <w:rPr>
          <w:lang w:val="el-GR"/>
        </w:rPr>
        <w:t>_______________________________________________________________</w:t>
      </w:r>
      <w:r w:rsidR="00813DAD" w:rsidRPr="00813DAD">
        <w:rPr>
          <w:lang w:val="el-GR"/>
        </w:rPr>
        <w:br/>
      </w:r>
    </w:p>
    <w:p w14:paraId="6D7CBB73" w14:textId="185B9FEF" w:rsidR="00813DAD" w:rsidRPr="00813DAD" w:rsidRDefault="005D21C3" w:rsidP="00813DAD">
      <w:pPr>
        <w:pStyle w:val="Body"/>
        <w:rPr>
          <w:lang w:val="el-GR"/>
        </w:rPr>
      </w:pPr>
      <w:r>
        <w:rPr>
          <w:lang w:val="el-GR"/>
        </w:rPr>
        <w:t>Α</w:t>
      </w:r>
      <w:r w:rsidR="00813DAD" w:rsidRPr="00813DAD">
        <w:rPr>
          <w:lang w:val="el-GR"/>
        </w:rPr>
        <w:t>7. Τηλέφωνο επικοινωνίας:</w:t>
      </w:r>
      <w:r w:rsidR="00FA14A1">
        <w:rPr>
          <w:lang w:val="el-GR"/>
        </w:rPr>
        <w:t>__________________________________________________________________________</w:t>
      </w:r>
      <w:r w:rsidR="00813DAD" w:rsidRPr="00813DAD">
        <w:rPr>
          <w:lang w:val="el-GR"/>
        </w:rPr>
        <w:br/>
      </w:r>
    </w:p>
    <w:p w14:paraId="65301673" w14:textId="7A34C5FE" w:rsidR="00813DAD" w:rsidRPr="00813DAD" w:rsidRDefault="005D21C3" w:rsidP="00813DAD">
      <w:pPr>
        <w:pStyle w:val="Body"/>
        <w:rPr>
          <w:lang w:val="el-GR"/>
        </w:rPr>
      </w:pPr>
      <w:r>
        <w:rPr>
          <w:lang w:val="el-GR"/>
        </w:rPr>
        <w:t>Α</w:t>
      </w:r>
      <w:r w:rsidR="00813DAD" w:rsidRPr="00813DAD">
        <w:rPr>
          <w:lang w:val="el-GR"/>
        </w:rPr>
        <w:t>8. Ηλεκτρονική διεύθυνση:</w:t>
      </w:r>
      <w:r w:rsidR="00FA14A1">
        <w:rPr>
          <w:lang w:val="el-GR"/>
        </w:rPr>
        <w:t>__________________________________________________________________________</w:t>
      </w:r>
      <w:r w:rsidR="00813DAD" w:rsidRPr="00813DAD">
        <w:rPr>
          <w:lang w:val="el-GR"/>
        </w:rPr>
        <w:br/>
      </w:r>
    </w:p>
    <w:p w14:paraId="00DA2B4C" w14:textId="77777777" w:rsidR="00813DAD" w:rsidRPr="00A806D6" w:rsidRDefault="00813DAD" w:rsidP="00813DAD">
      <w:pPr>
        <w:pStyle w:val="Heading2"/>
        <w:rPr>
          <w:color w:val="auto"/>
          <w:lang w:val="el-GR"/>
        </w:rPr>
      </w:pPr>
      <w:bookmarkStart w:id="2" w:name="_Toc226441472"/>
      <w:r w:rsidRPr="00A806D6">
        <w:rPr>
          <w:color w:val="auto"/>
          <w:lang w:val="el-GR"/>
        </w:rPr>
        <w:t>ΜΕΡΟΣ Β: Βασικά στοιχεία έργου</w:t>
      </w:r>
      <w:bookmarkEnd w:id="2"/>
    </w:p>
    <w:p w14:paraId="77FDDA25" w14:textId="3E15B60B" w:rsidR="005D21C3" w:rsidRDefault="005D21C3" w:rsidP="00813DAD">
      <w:pPr>
        <w:pStyle w:val="Body"/>
        <w:rPr>
          <w:lang w:val="el-GR"/>
        </w:rPr>
      </w:pPr>
      <w:r>
        <w:rPr>
          <w:lang w:val="el-GR"/>
        </w:rPr>
        <w:t>Β1</w:t>
      </w:r>
      <w:r w:rsidR="00813DAD" w:rsidRPr="00813DAD">
        <w:rPr>
          <w:lang w:val="el-GR"/>
        </w:rPr>
        <w:t>. Τίτλος έργου</w:t>
      </w:r>
      <w:r w:rsidR="00FA14A1">
        <w:rPr>
          <w:lang w:val="el-GR"/>
        </w:rPr>
        <w:t xml:space="preserve"> </w:t>
      </w:r>
      <w:r w:rsidR="00813DAD" w:rsidRPr="00813DAD">
        <w:rPr>
          <w:lang w:val="el-GR"/>
        </w:rPr>
        <w:t>:</w:t>
      </w:r>
      <w:r w:rsidR="00FA14A1">
        <w:rPr>
          <w:lang w:val="el-GR"/>
        </w:rPr>
        <w:t>____________________________________________________________________________________</w:t>
      </w:r>
    </w:p>
    <w:p w14:paraId="65190145" w14:textId="77777777" w:rsidR="005B41F7" w:rsidRDefault="005D21C3" w:rsidP="00813DAD">
      <w:pPr>
        <w:pStyle w:val="Body"/>
        <w:rPr>
          <w:lang w:val="el-GR"/>
        </w:rPr>
      </w:pPr>
      <w:r>
        <w:rPr>
          <w:lang w:val="el-GR"/>
        </w:rPr>
        <w:t xml:space="preserve">Β2. Ομάδα υλοποίησης του έργου: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4"/>
        <w:gridCol w:w="2484"/>
        <w:gridCol w:w="2664"/>
        <w:gridCol w:w="2310"/>
      </w:tblGrid>
      <w:tr w:rsidR="005B41F7" w14:paraId="02AC0C18" w14:textId="0660A2E6" w:rsidTr="005B41F7">
        <w:tc>
          <w:tcPr>
            <w:tcW w:w="2504" w:type="dxa"/>
          </w:tcPr>
          <w:p w14:paraId="21A8EBF6" w14:textId="2E567940" w:rsidR="005B41F7" w:rsidRDefault="005B41F7" w:rsidP="00813DAD">
            <w:pPr>
              <w:pStyle w:val="Body"/>
              <w:rPr>
                <w:lang w:val="el-GR"/>
              </w:rPr>
            </w:pPr>
            <w:r>
              <w:rPr>
                <w:lang w:val="el-GR"/>
              </w:rPr>
              <w:t>Ονοματεπώνυμο</w:t>
            </w:r>
          </w:p>
        </w:tc>
        <w:tc>
          <w:tcPr>
            <w:tcW w:w="2484" w:type="dxa"/>
          </w:tcPr>
          <w:p w14:paraId="68710558" w14:textId="02047EB2" w:rsidR="005B41F7" w:rsidRDefault="005B41F7" w:rsidP="00813DAD">
            <w:pPr>
              <w:pStyle w:val="Body"/>
              <w:rPr>
                <w:lang w:val="el-GR"/>
              </w:rPr>
            </w:pPr>
            <w:r>
              <w:rPr>
                <w:lang w:val="el-GR"/>
              </w:rPr>
              <w:t>Ρόλος στο έργο</w:t>
            </w:r>
          </w:p>
        </w:tc>
        <w:tc>
          <w:tcPr>
            <w:tcW w:w="2664" w:type="dxa"/>
          </w:tcPr>
          <w:p w14:paraId="52E6FE06" w14:textId="4F9BF449" w:rsidR="005B41F7" w:rsidRDefault="005B41F7" w:rsidP="00813DAD">
            <w:pPr>
              <w:pStyle w:val="Body"/>
              <w:rPr>
                <w:lang w:val="el-GR"/>
              </w:rPr>
            </w:pPr>
            <w:r>
              <w:rPr>
                <w:lang w:val="el-GR"/>
              </w:rPr>
              <w:t>Ακαδημαϊκά προσόντα</w:t>
            </w:r>
          </w:p>
        </w:tc>
        <w:tc>
          <w:tcPr>
            <w:tcW w:w="2310" w:type="dxa"/>
          </w:tcPr>
          <w:p w14:paraId="4456154A" w14:textId="2F4C00A6" w:rsidR="005B41F7" w:rsidRDefault="005B41F7" w:rsidP="00813DAD">
            <w:pPr>
              <w:pStyle w:val="Body"/>
              <w:rPr>
                <w:lang w:val="el-GR"/>
              </w:rPr>
            </w:pPr>
            <w:r>
              <w:rPr>
                <w:lang w:val="el-GR"/>
              </w:rPr>
              <w:t>Σχετική εμπειρία</w:t>
            </w:r>
          </w:p>
        </w:tc>
      </w:tr>
      <w:tr w:rsidR="005B41F7" w14:paraId="152C6797" w14:textId="357B9984" w:rsidTr="005B41F7">
        <w:tc>
          <w:tcPr>
            <w:tcW w:w="2504" w:type="dxa"/>
          </w:tcPr>
          <w:p w14:paraId="0D7EB930" w14:textId="77777777" w:rsidR="005B41F7" w:rsidRDefault="005B41F7" w:rsidP="00813DAD">
            <w:pPr>
              <w:pStyle w:val="Body"/>
              <w:rPr>
                <w:lang w:val="el-GR"/>
              </w:rPr>
            </w:pPr>
          </w:p>
        </w:tc>
        <w:tc>
          <w:tcPr>
            <w:tcW w:w="2484" w:type="dxa"/>
          </w:tcPr>
          <w:p w14:paraId="51931E09" w14:textId="77777777" w:rsidR="005B41F7" w:rsidRDefault="005B41F7" w:rsidP="00813DAD">
            <w:pPr>
              <w:pStyle w:val="Body"/>
              <w:rPr>
                <w:lang w:val="el-GR"/>
              </w:rPr>
            </w:pPr>
          </w:p>
        </w:tc>
        <w:tc>
          <w:tcPr>
            <w:tcW w:w="2664" w:type="dxa"/>
          </w:tcPr>
          <w:p w14:paraId="13F41092" w14:textId="77777777" w:rsidR="005B41F7" w:rsidRDefault="005B41F7" w:rsidP="00813DAD">
            <w:pPr>
              <w:pStyle w:val="Body"/>
              <w:rPr>
                <w:lang w:val="el-GR"/>
              </w:rPr>
            </w:pPr>
          </w:p>
        </w:tc>
        <w:tc>
          <w:tcPr>
            <w:tcW w:w="2310" w:type="dxa"/>
          </w:tcPr>
          <w:p w14:paraId="61BD2A6D" w14:textId="77777777" w:rsidR="005B41F7" w:rsidRDefault="005B41F7" w:rsidP="00813DAD">
            <w:pPr>
              <w:pStyle w:val="Body"/>
              <w:rPr>
                <w:lang w:val="el-GR"/>
              </w:rPr>
            </w:pPr>
          </w:p>
        </w:tc>
      </w:tr>
      <w:tr w:rsidR="005B41F7" w14:paraId="5CA7D8F7" w14:textId="311190C2" w:rsidTr="005B41F7">
        <w:tc>
          <w:tcPr>
            <w:tcW w:w="2504" w:type="dxa"/>
          </w:tcPr>
          <w:p w14:paraId="1D589504" w14:textId="77777777" w:rsidR="005B41F7" w:rsidRDefault="005B41F7" w:rsidP="00813DAD">
            <w:pPr>
              <w:pStyle w:val="Body"/>
              <w:rPr>
                <w:lang w:val="el-GR"/>
              </w:rPr>
            </w:pPr>
          </w:p>
        </w:tc>
        <w:tc>
          <w:tcPr>
            <w:tcW w:w="2484" w:type="dxa"/>
          </w:tcPr>
          <w:p w14:paraId="6A5978F2" w14:textId="77777777" w:rsidR="005B41F7" w:rsidRDefault="005B41F7" w:rsidP="00813DAD">
            <w:pPr>
              <w:pStyle w:val="Body"/>
              <w:rPr>
                <w:lang w:val="el-GR"/>
              </w:rPr>
            </w:pPr>
          </w:p>
        </w:tc>
        <w:tc>
          <w:tcPr>
            <w:tcW w:w="2664" w:type="dxa"/>
          </w:tcPr>
          <w:p w14:paraId="0581B921" w14:textId="77777777" w:rsidR="005B41F7" w:rsidRDefault="005B41F7" w:rsidP="00813DAD">
            <w:pPr>
              <w:pStyle w:val="Body"/>
              <w:rPr>
                <w:lang w:val="el-GR"/>
              </w:rPr>
            </w:pPr>
          </w:p>
        </w:tc>
        <w:tc>
          <w:tcPr>
            <w:tcW w:w="2310" w:type="dxa"/>
          </w:tcPr>
          <w:p w14:paraId="09EB314E" w14:textId="77777777" w:rsidR="005B41F7" w:rsidRDefault="005B41F7" w:rsidP="00813DAD">
            <w:pPr>
              <w:pStyle w:val="Body"/>
              <w:rPr>
                <w:lang w:val="el-GR"/>
              </w:rPr>
            </w:pPr>
          </w:p>
        </w:tc>
      </w:tr>
      <w:tr w:rsidR="005B41F7" w14:paraId="7C12B778" w14:textId="1ECF341C" w:rsidTr="005B41F7">
        <w:tc>
          <w:tcPr>
            <w:tcW w:w="2504" w:type="dxa"/>
          </w:tcPr>
          <w:p w14:paraId="2E3B5B7E" w14:textId="77777777" w:rsidR="005B41F7" w:rsidRDefault="005B41F7" w:rsidP="00813DAD">
            <w:pPr>
              <w:pStyle w:val="Body"/>
              <w:rPr>
                <w:lang w:val="el-GR"/>
              </w:rPr>
            </w:pPr>
          </w:p>
        </w:tc>
        <w:tc>
          <w:tcPr>
            <w:tcW w:w="2484" w:type="dxa"/>
          </w:tcPr>
          <w:p w14:paraId="3631A97F" w14:textId="77777777" w:rsidR="005B41F7" w:rsidRDefault="005B41F7" w:rsidP="00813DAD">
            <w:pPr>
              <w:pStyle w:val="Body"/>
              <w:rPr>
                <w:lang w:val="el-GR"/>
              </w:rPr>
            </w:pPr>
          </w:p>
        </w:tc>
        <w:tc>
          <w:tcPr>
            <w:tcW w:w="2664" w:type="dxa"/>
          </w:tcPr>
          <w:p w14:paraId="2A4033DF" w14:textId="77777777" w:rsidR="005B41F7" w:rsidRDefault="005B41F7" w:rsidP="00813DAD">
            <w:pPr>
              <w:pStyle w:val="Body"/>
              <w:rPr>
                <w:lang w:val="el-GR"/>
              </w:rPr>
            </w:pPr>
          </w:p>
        </w:tc>
        <w:tc>
          <w:tcPr>
            <w:tcW w:w="2310" w:type="dxa"/>
          </w:tcPr>
          <w:p w14:paraId="0E0EE78C" w14:textId="77777777" w:rsidR="005B41F7" w:rsidRDefault="005B41F7" w:rsidP="00813DAD">
            <w:pPr>
              <w:pStyle w:val="Body"/>
              <w:rPr>
                <w:lang w:val="el-GR"/>
              </w:rPr>
            </w:pPr>
          </w:p>
        </w:tc>
      </w:tr>
      <w:tr w:rsidR="005B41F7" w14:paraId="259C50F6" w14:textId="6CD5A360" w:rsidTr="005B41F7">
        <w:tc>
          <w:tcPr>
            <w:tcW w:w="2504" w:type="dxa"/>
          </w:tcPr>
          <w:p w14:paraId="75155F0A" w14:textId="77777777" w:rsidR="005B41F7" w:rsidRDefault="005B41F7" w:rsidP="00813DAD">
            <w:pPr>
              <w:pStyle w:val="Body"/>
              <w:rPr>
                <w:lang w:val="el-GR"/>
              </w:rPr>
            </w:pPr>
          </w:p>
        </w:tc>
        <w:tc>
          <w:tcPr>
            <w:tcW w:w="2484" w:type="dxa"/>
          </w:tcPr>
          <w:p w14:paraId="4FEC0AED" w14:textId="77777777" w:rsidR="005B41F7" w:rsidRDefault="005B41F7" w:rsidP="00813DAD">
            <w:pPr>
              <w:pStyle w:val="Body"/>
              <w:rPr>
                <w:lang w:val="el-GR"/>
              </w:rPr>
            </w:pPr>
          </w:p>
        </w:tc>
        <w:tc>
          <w:tcPr>
            <w:tcW w:w="2664" w:type="dxa"/>
          </w:tcPr>
          <w:p w14:paraId="2D6C0F86" w14:textId="77777777" w:rsidR="005B41F7" w:rsidRDefault="005B41F7" w:rsidP="00813DAD">
            <w:pPr>
              <w:pStyle w:val="Body"/>
              <w:rPr>
                <w:lang w:val="el-GR"/>
              </w:rPr>
            </w:pPr>
          </w:p>
        </w:tc>
        <w:tc>
          <w:tcPr>
            <w:tcW w:w="2310" w:type="dxa"/>
          </w:tcPr>
          <w:p w14:paraId="5AE97895" w14:textId="77777777" w:rsidR="005B41F7" w:rsidRDefault="005B41F7" w:rsidP="00813DAD">
            <w:pPr>
              <w:pStyle w:val="Body"/>
              <w:rPr>
                <w:lang w:val="el-GR"/>
              </w:rPr>
            </w:pPr>
          </w:p>
        </w:tc>
      </w:tr>
    </w:tbl>
    <w:p w14:paraId="4CBBBD34" w14:textId="5761FC4D" w:rsidR="00813DAD" w:rsidRDefault="00813DAD" w:rsidP="00813DAD">
      <w:pPr>
        <w:pStyle w:val="Body"/>
        <w:rPr>
          <w:lang w:val="el-GR"/>
        </w:rPr>
      </w:pPr>
      <w:r w:rsidRPr="00813DAD">
        <w:rPr>
          <w:lang w:val="el-GR"/>
        </w:rPr>
        <w:br/>
      </w:r>
    </w:p>
    <w:p w14:paraId="67144ECC" w14:textId="77777777" w:rsidR="003A0E48" w:rsidRPr="00813DAD" w:rsidRDefault="003A0E48" w:rsidP="00813DAD">
      <w:pPr>
        <w:pStyle w:val="Body"/>
        <w:rPr>
          <w:lang w:val="el-GR"/>
        </w:rPr>
      </w:pPr>
    </w:p>
    <w:p w14:paraId="59564F61" w14:textId="6834A93D" w:rsidR="00813DAD" w:rsidRPr="00813DAD" w:rsidRDefault="005D21C3" w:rsidP="00813DAD">
      <w:pPr>
        <w:pStyle w:val="Body"/>
        <w:rPr>
          <w:lang w:val="el-GR"/>
        </w:rPr>
      </w:pPr>
      <w:r>
        <w:rPr>
          <w:lang w:val="el-GR"/>
        </w:rPr>
        <w:lastRenderedPageBreak/>
        <w:t>Β3</w:t>
      </w:r>
      <w:r w:rsidR="00813DAD" w:rsidRPr="00813DAD">
        <w:rPr>
          <w:lang w:val="el-GR"/>
        </w:rPr>
        <w:t>. Συνολικός προϋπολογισμός έργου (€):</w:t>
      </w:r>
      <w:r w:rsidR="00FA14A1">
        <w:rPr>
          <w:lang w:val="el-GR"/>
        </w:rPr>
        <w:t>______________________________________________________________</w:t>
      </w:r>
      <w:r w:rsidR="00813DAD" w:rsidRPr="00813DAD">
        <w:rPr>
          <w:lang w:val="el-GR"/>
        </w:rPr>
        <w:br/>
      </w:r>
    </w:p>
    <w:p w14:paraId="5F301939" w14:textId="266EDD9A" w:rsidR="00813DAD" w:rsidRPr="00813DAD" w:rsidRDefault="005D21C3" w:rsidP="00813DAD">
      <w:pPr>
        <w:pStyle w:val="Body"/>
        <w:rPr>
          <w:lang w:val="el-GR"/>
        </w:rPr>
      </w:pPr>
      <w:r>
        <w:rPr>
          <w:lang w:val="el-GR"/>
        </w:rPr>
        <w:t>Β4</w:t>
      </w:r>
      <w:r w:rsidR="00813DAD" w:rsidRPr="00813DAD">
        <w:rPr>
          <w:lang w:val="el-GR"/>
        </w:rPr>
        <w:t>. Αιτούμενο ποσό χρηματοδότησης (€):</w:t>
      </w:r>
      <w:r w:rsidR="00FA14A1">
        <w:rPr>
          <w:lang w:val="el-GR"/>
        </w:rPr>
        <w:t>______________________________________________________________</w:t>
      </w:r>
      <w:r w:rsidR="00813DAD" w:rsidRPr="00813DAD">
        <w:rPr>
          <w:lang w:val="el-GR"/>
        </w:rPr>
        <w:br/>
      </w:r>
    </w:p>
    <w:p w14:paraId="53448981" w14:textId="4768A6D7" w:rsidR="00813DAD" w:rsidRPr="00813DAD" w:rsidRDefault="005D21C3" w:rsidP="00813DAD">
      <w:pPr>
        <w:pStyle w:val="Body"/>
        <w:rPr>
          <w:lang w:val="el-GR"/>
        </w:rPr>
      </w:pPr>
      <w:r>
        <w:rPr>
          <w:lang w:val="el-GR"/>
        </w:rPr>
        <w:t>Β5</w:t>
      </w:r>
      <w:r w:rsidR="00813DAD" w:rsidRPr="00813DAD">
        <w:rPr>
          <w:lang w:val="el-GR"/>
        </w:rPr>
        <w:t>. Διάρκεια έργου (σε μήνες):</w:t>
      </w:r>
      <w:r w:rsidR="00FA14A1">
        <w:rPr>
          <w:lang w:val="el-GR"/>
        </w:rPr>
        <w:t>________________________________________________________________________</w:t>
      </w:r>
      <w:r w:rsidR="00813DAD" w:rsidRPr="00813DAD">
        <w:rPr>
          <w:lang w:val="el-GR"/>
        </w:rPr>
        <w:br/>
      </w:r>
    </w:p>
    <w:p w14:paraId="150A991B" w14:textId="77777777" w:rsidR="00EF2925" w:rsidRDefault="005D21C3" w:rsidP="00813DAD">
      <w:pPr>
        <w:pStyle w:val="Body"/>
        <w:rPr>
          <w:lang w:val="el-GR"/>
        </w:rPr>
      </w:pPr>
      <w:r>
        <w:rPr>
          <w:lang w:val="el-GR"/>
        </w:rPr>
        <w:t>Β6</w:t>
      </w:r>
      <w:r w:rsidR="00813DAD" w:rsidRPr="00813DAD">
        <w:rPr>
          <w:lang w:val="el-GR"/>
        </w:rPr>
        <w:t>. Γεωγραφική κάλυψη και πεδίο εφαρμογής: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EF2925" w:rsidRPr="009C499A" w14:paraId="18EF33A7" w14:textId="77777777" w:rsidTr="00EF2925">
        <w:trPr>
          <w:trHeight w:val="1678"/>
        </w:trPr>
        <w:tc>
          <w:tcPr>
            <w:tcW w:w="9962" w:type="dxa"/>
          </w:tcPr>
          <w:p w14:paraId="3E713AF2" w14:textId="77777777" w:rsidR="00EF2925" w:rsidRDefault="00EF2925" w:rsidP="00813DAD">
            <w:pPr>
              <w:pStyle w:val="Body"/>
              <w:rPr>
                <w:lang w:val="el-GR"/>
              </w:rPr>
            </w:pPr>
          </w:p>
        </w:tc>
      </w:tr>
    </w:tbl>
    <w:p w14:paraId="075C05FD" w14:textId="01E785B3" w:rsidR="00813DAD" w:rsidRPr="00813DAD" w:rsidRDefault="00813DAD" w:rsidP="00813DAD">
      <w:pPr>
        <w:pStyle w:val="Body"/>
        <w:rPr>
          <w:lang w:val="el-GR"/>
        </w:rPr>
      </w:pPr>
    </w:p>
    <w:p w14:paraId="705E7281" w14:textId="77777777" w:rsidR="00813DAD" w:rsidRPr="0057612D" w:rsidRDefault="00813DAD" w:rsidP="00813DAD">
      <w:pPr>
        <w:pStyle w:val="Heading2"/>
        <w:rPr>
          <w:color w:val="000000" w:themeColor="text1"/>
          <w:lang w:val="el-GR"/>
        </w:rPr>
      </w:pPr>
      <w:bookmarkStart w:id="3" w:name="_Toc226441473"/>
      <w:r w:rsidRPr="0057612D">
        <w:rPr>
          <w:color w:val="000000" w:themeColor="text1"/>
          <w:lang w:val="el-GR"/>
        </w:rPr>
        <w:t>ΜΕΡΟΣ Γ: Κριτήριο 1 - Εκτίμηση αναγκών και στρατηγική συνάφεια</w:t>
      </w:r>
      <w:bookmarkEnd w:id="3"/>
    </w:p>
    <w:p w14:paraId="7C7DCB5D" w14:textId="77777777" w:rsidR="00EF2925" w:rsidRDefault="00C231C8" w:rsidP="00813DAD">
      <w:pPr>
        <w:pStyle w:val="Body"/>
        <w:rPr>
          <w:lang w:val="el-GR"/>
        </w:rPr>
      </w:pPr>
      <w:r>
        <w:rPr>
          <w:lang w:val="el-GR"/>
        </w:rPr>
        <w:t>Γ1</w:t>
      </w:r>
      <w:r w:rsidR="00813DAD" w:rsidRPr="00813DAD">
        <w:rPr>
          <w:lang w:val="el-GR"/>
        </w:rPr>
        <w:t>. Σύντομη περίληψη της προτεινόμενης παρέμβασης (έως 300 λέξεις):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EF2925" w:rsidRPr="009C499A" w14:paraId="6756A0BC" w14:textId="77777777" w:rsidTr="00D410E0">
        <w:trPr>
          <w:trHeight w:val="3147"/>
        </w:trPr>
        <w:tc>
          <w:tcPr>
            <w:tcW w:w="9962" w:type="dxa"/>
          </w:tcPr>
          <w:p w14:paraId="6CB142A5" w14:textId="77777777" w:rsidR="00EF2925" w:rsidRDefault="00EF2925" w:rsidP="00813DAD">
            <w:pPr>
              <w:pStyle w:val="Body"/>
              <w:rPr>
                <w:lang w:val="el-GR"/>
              </w:rPr>
            </w:pPr>
          </w:p>
        </w:tc>
      </w:tr>
    </w:tbl>
    <w:p w14:paraId="0F3D00F4" w14:textId="77777777" w:rsidR="003A0E48" w:rsidRDefault="003A0E48" w:rsidP="00813DAD">
      <w:pPr>
        <w:pStyle w:val="Body"/>
        <w:rPr>
          <w:lang w:val="el-GR"/>
        </w:rPr>
      </w:pPr>
    </w:p>
    <w:p w14:paraId="4EAE8525" w14:textId="77777777" w:rsidR="003A0E48" w:rsidRDefault="003A0E48" w:rsidP="00813DAD">
      <w:pPr>
        <w:pStyle w:val="Body"/>
        <w:rPr>
          <w:lang w:val="el-GR"/>
        </w:rPr>
      </w:pPr>
    </w:p>
    <w:p w14:paraId="05522176" w14:textId="77777777" w:rsidR="003A0E48" w:rsidRDefault="003A0E48" w:rsidP="00813DAD">
      <w:pPr>
        <w:pStyle w:val="Body"/>
        <w:rPr>
          <w:lang w:val="el-GR"/>
        </w:rPr>
      </w:pPr>
    </w:p>
    <w:p w14:paraId="68688F0B" w14:textId="77777777" w:rsidR="003A0E48" w:rsidRDefault="003A0E48" w:rsidP="00813DAD">
      <w:pPr>
        <w:pStyle w:val="Body"/>
        <w:rPr>
          <w:lang w:val="el-GR"/>
        </w:rPr>
      </w:pPr>
    </w:p>
    <w:p w14:paraId="733E2A2E" w14:textId="77777777" w:rsidR="003A0E48" w:rsidRDefault="003A0E48" w:rsidP="00813DAD">
      <w:pPr>
        <w:pStyle w:val="Body"/>
        <w:rPr>
          <w:lang w:val="el-GR"/>
        </w:rPr>
      </w:pPr>
    </w:p>
    <w:p w14:paraId="18107F00" w14:textId="77777777" w:rsidR="003A0E48" w:rsidRDefault="003A0E48" w:rsidP="00813DAD">
      <w:pPr>
        <w:pStyle w:val="Body"/>
        <w:rPr>
          <w:lang w:val="el-GR"/>
        </w:rPr>
      </w:pPr>
    </w:p>
    <w:p w14:paraId="725BB685" w14:textId="32E50C2A" w:rsidR="00813DAD" w:rsidRPr="00813DAD" w:rsidRDefault="00813DAD" w:rsidP="00813DAD">
      <w:pPr>
        <w:pStyle w:val="Body"/>
        <w:rPr>
          <w:lang w:val="el-GR"/>
        </w:rPr>
      </w:pPr>
      <w:r w:rsidRPr="00813DAD">
        <w:rPr>
          <w:lang w:val="el-GR"/>
        </w:rPr>
        <w:br/>
      </w:r>
    </w:p>
    <w:p w14:paraId="4897C9B7" w14:textId="32FE54C6" w:rsidR="00755F2B" w:rsidRDefault="00C231C8" w:rsidP="00813DAD">
      <w:pPr>
        <w:pStyle w:val="Body"/>
        <w:rPr>
          <w:lang w:val="el-GR"/>
        </w:rPr>
      </w:pPr>
      <w:r>
        <w:rPr>
          <w:lang w:val="el-GR"/>
        </w:rPr>
        <w:lastRenderedPageBreak/>
        <w:t>Γ2</w:t>
      </w:r>
      <w:r w:rsidR="00813DAD" w:rsidRPr="00813DAD">
        <w:rPr>
          <w:lang w:val="el-GR"/>
        </w:rPr>
        <w:t xml:space="preserve">. Περιγραφή του προβλήματος, </w:t>
      </w:r>
      <w:r w:rsidR="004063EF">
        <w:rPr>
          <w:lang w:val="el-GR"/>
        </w:rPr>
        <w:t>τεκμηρίωση</w:t>
      </w:r>
      <w:r w:rsidR="00813DAD" w:rsidRPr="00813DAD">
        <w:rPr>
          <w:lang w:val="el-GR"/>
        </w:rPr>
        <w:t xml:space="preserve"> αναγκών και βασικά δεδομένα/πηγές που χρησιμοποιήθηκαν: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EF2925" w:rsidRPr="009C499A" w14:paraId="23692B71" w14:textId="77777777" w:rsidTr="00D410E0">
        <w:trPr>
          <w:trHeight w:val="2942"/>
        </w:trPr>
        <w:tc>
          <w:tcPr>
            <w:tcW w:w="9962" w:type="dxa"/>
          </w:tcPr>
          <w:p w14:paraId="5C50D0DA" w14:textId="77777777" w:rsidR="00EF2925" w:rsidRDefault="00EF2925" w:rsidP="00A4017E">
            <w:pPr>
              <w:pStyle w:val="Body"/>
              <w:rPr>
                <w:lang w:val="el-GR"/>
              </w:rPr>
            </w:pPr>
          </w:p>
        </w:tc>
      </w:tr>
    </w:tbl>
    <w:p w14:paraId="43B56CD1" w14:textId="77777777" w:rsidR="00EF2925" w:rsidRDefault="00C231C8" w:rsidP="00813DAD">
      <w:pPr>
        <w:pStyle w:val="Body"/>
        <w:rPr>
          <w:lang w:val="el-GR"/>
        </w:rPr>
      </w:pPr>
      <w:r>
        <w:rPr>
          <w:lang w:val="el-GR"/>
        </w:rPr>
        <w:t>Γ3</w:t>
      </w:r>
      <w:r w:rsidR="00755F2B" w:rsidRPr="00755F2B">
        <w:rPr>
          <w:lang w:val="el-GR"/>
        </w:rPr>
        <w:t xml:space="preserve">. </w:t>
      </w:r>
      <w:r w:rsidR="001370A2">
        <w:rPr>
          <w:lang w:val="el-GR"/>
        </w:rPr>
        <w:t>Ορισμός και π</w:t>
      </w:r>
      <w:r w:rsidR="00755F2B" w:rsidRPr="00755F2B">
        <w:rPr>
          <w:lang w:val="el-GR"/>
        </w:rPr>
        <w:t>εριγραφή της ομάδας-στόχου, του μεγέθους του προβλήματος, των σχετικών πολιτικών/στρατηγικών και του ευρωπαϊκού πλαισίου πρόληψης και αιτιολόγηση της επιλογής της παρέμβασης: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EF2925" w:rsidRPr="009C499A" w14:paraId="17A79973" w14:textId="77777777" w:rsidTr="00E316E2">
        <w:trPr>
          <w:trHeight w:val="2802"/>
        </w:trPr>
        <w:tc>
          <w:tcPr>
            <w:tcW w:w="9962" w:type="dxa"/>
          </w:tcPr>
          <w:p w14:paraId="33712BBC" w14:textId="77777777" w:rsidR="00EF2925" w:rsidRDefault="00EF2925" w:rsidP="00A4017E">
            <w:pPr>
              <w:pStyle w:val="Body"/>
              <w:rPr>
                <w:lang w:val="el-GR"/>
              </w:rPr>
            </w:pPr>
          </w:p>
        </w:tc>
      </w:tr>
    </w:tbl>
    <w:p w14:paraId="122BA168" w14:textId="13B69591" w:rsidR="00755F2B" w:rsidRDefault="00755F2B" w:rsidP="00813DAD">
      <w:pPr>
        <w:pStyle w:val="Body"/>
        <w:rPr>
          <w:lang w:val="el-GR"/>
        </w:rPr>
      </w:pPr>
    </w:p>
    <w:p w14:paraId="5DEB49ED" w14:textId="77777777" w:rsidR="00EF2925" w:rsidRDefault="00C231C8" w:rsidP="00813DAD">
      <w:pPr>
        <w:pStyle w:val="Body"/>
        <w:rPr>
          <w:lang w:val="el-GR"/>
        </w:rPr>
      </w:pPr>
      <w:r>
        <w:rPr>
          <w:lang w:val="el-GR"/>
        </w:rPr>
        <w:t>Γ4</w:t>
      </w:r>
      <w:r w:rsidR="00813DAD" w:rsidRPr="00813DAD">
        <w:rPr>
          <w:lang w:val="el-GR"/>
        </w:rPr>
        <w:t xml:space="preserve">. </w:t>
      </w:r>
      <w:r w:rsidR="004063EF" w:rsidRPr="004063EF">
        <w:rPr>
          <w:lang w:val="el-GR"/>
        </w:rPr>
        <w:t xml:space="preserve">Στρατηγική συνάφεια της πρότασης </w:t>
      </w:r>
      <w:r w:rsidR="00813DAD" w:rsidRPr="00813DAD">
        <w:rPr>
          <w:lang w:val="el-GR"/>
        </w:rPr>
        <w:t xml:space="preserve">με </w:t>
      </w:r>
      <w:r w:rsidR="004063EF">
        <w:rPr>
          <w:lang w:val="el-GR"/>
        </w:rPr>
        <w:t>τ</w:t>
      </w:r>
      <w:r w:rsidR="00813DAD" w:rsidRPr="00813DAD">
        <w:rPr>
          <w:lang w:val="el-GR"/>
        </w:rPr>
        <w:t>ους στόχους της πρόσκλησης</w:t>
      </w:r>
      <w:r w:rsidR="004063EF">
        <w:rPr>
          <w:lang w:val="el-GR"/>
        </w:rPr>
        <w:t xml:space="preserve"> συμπεριλαμβανομένων των προτεραιοτήτων προστασίας των παικτών και της μακροπρόθεσμης πρόληψης</w:t>
      </w:r>
      <w:r w:rsidR="00813DAD" w:rsidRPr="00813DAD">
        <w:rPr>
          <w:lang w:val="el-GR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EF2925" w:rsidRPr="009C499A" w14:paraId="0B038AAC" w14:textId="77777777" w:rsidTr="00D410E0">
        <w:trPr>
          <w:trHeight w:val="2891"/>
        </w:trPr>
        <w:tc>
          <w:tcPr>
            <w:tcW w:w="9962" w:type="dxa"/>
          </w:tcPr>
          <w:p w14:paraId="3E778A5B" w14:textId="77777777" w:rsidR="00EF2925" w:rsidRDefault="00EF2925" w:rsidP="00A4017E">
            <w:pPr>
              <w:pStyle w:val="Body"/>
              <w:rPr>
                <w:lang w:val="el-GR"/>
              </w:rPr>
            </w:pPr>
          </w:p>
        </w:tc>
      </w:tr>
    </w:tbl>
    <w:p w14:paraId="3B8E7D7B" w14:textId="77777777" w:rsidR="00EF2925" w:rsidRDefault="00EF2925" w:rsidP="00813DAD">
      <w:pPr>
        <w:pStyle w:val="Body"/>
        <w:rPr>
          <w:lang w:val="el-GR"/>
        </w:rPr>
      </w:pPr>
    </w:p>
    <w:p w14:paraId="67ADF49A" w14:textId="77777777" w:rsidR="00813DAD" w:rsidRPr="00DA7EE5" w:rsidRDefault="00813DAD" w:rsidP="00813DAD">
      <w:pPr>
        <w:pStyle w:val="Heading2"/>
        <w:rPr>
          <w:color w:val="000000" w:themeColor="text1"/>
          <w:lang w:val="el-GR"/>
        </w:rPr>
      </w:pPr>
      <w:bookmarkStart w:id="4" w:name="_Toc226441474"/>
      <w:r w:rsidRPr="00DA7EE5">
        <w:rPr>
          <w:color w:val="000000" w:themeColor="text1"/>
          <w:lang w:val="el-GR"/>
        </w:rPr>
        <w:lastRenderedPageBreak/>
        <w:t>ΜΕΡΟΣ Δ: Κριτήριο 2 - Εκτίμηση πόρων</w:t>
      </w:r>
      <w:bookmarkEnd w:id="4"/>
    </w:p>
    <w:p w14:paraId="65526EFB" w14:textId="5A7EF815" w:rsidR="00EF2925" w:rsidRPr="00813DAD" w:rsidRDefault="00C231C8" w:rsidP="00813DAD">
      <w:pPr>
        <w:pStyle w:val="Body"/>
        <w:rPr>
          <w:lang w:val="el-GR"/>
        </w:rPr>
      </w:pPr>
      <w:r>
        <w:rPr>
          <w:lang w:val="el-GR"/>
        </w:rPr>
        <w:t>Δ1</w:t>
      </w:r>
      <w:r w:rsidR="00813DAD" w:rsidRPr="00813DAD">
        <w:rPr>
          <w:lang w:val="el-GR"/>
        </w:rPr>
        <w:t>. Υφιστάμενοι πόροι, προστατευτικοί παράγοντες και δυνατότητες της ομάδας-στόχου ή/και της κοινότητας: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EF2925" w:rsidRPr="009C499A" w14:paraId="75546CD7" w14:textId="77777777" w:rsidTr="00D410E0">
        <w:trPr>
          <w:trHeight w:val="2891"/>
        </w:trPr>
        <w:tc>
          <w:tcPr>
            <w:tcW w:w="9962" w:type="dxa"/>
          </w:tcPr>
          <w:p w14:paraId="26786F59" w14:textId="77777777" w:rsidR="00EF2925" w:rsidRDefault="00EF2925" w:rsidP="00A4017E">
            <w:pPr>
              <w:pStyle w:val="Body"/>
              <w:rPr>
                <w:lang w:val="el-GR"/>
              </w:rPr>
            </w:pPr>
          </w:p>
        </w:tc>
      </w:tr>
    </w:tbl>
    <w:p w14:paraId="14F58420" w14:textId="77777777" w:rsidR="00EF2925" w:rsidRPr="00813DAD" w:rsidRDefault="00C231C8" w:rsidP="00813DAD">
      <w:pPr>
        <w:pStyle w:val="Body"/>
        <w:rPr>
          <w:lang w:val="el-GR"/>
        </w:rPr>
      </w:pPr>
      <w:r>
        <w:rPr>
          <w:lang w:val="el-GR"/>
        </w:rPr>
        <w:t>Δ2</w:t>
      </w:r>
      <w:r w:rsidR="00813DAD" w:rsidRPr="00813DAD">
        <w:rPr>
          <w:lang w:val="el-GR"/>
        </w:rPr>
        <w:t>. Ίδιοι πόροι, συνεργασίες, υποδομές και υφιστάμενη εμπειρία του φορέα που στηρίζουν την υλοποίηση:</w:t>
      </w:r>
      <w:r w:rsidR="00813DAD" w:rsidRPr="00813DAD">
        <w:rPr>
          <w:lang w:val="el-GR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EF2925" w:rsidRPr="009C499A" w14:paraId="3E7B473A" w14:textId="77777777" w:rsidTr="00D410E0">
        <w:trPr>
          <w:trHeight w:val="2660"/>
        </w:trPr>
        <w:tc>
          <w:tcPr>
            <w:tcW w:w="9962" w:type="dxa"/>
          </w:tcPr>
          <w:p w14:paraId="29DA805D" w14:textId="77777777" w:rsidR="00EF2925" w:rsidRDefault="00EF2925" w:rsidP="00A4017E">
            <w:pPr>
              <w:pStyle w:val="Body"/>
              <w:rPr>
                <w:lang w:val="el-GR"/>
              </w:rPr>
            </w:pPr>
          </w:p>
        </w:tc>
      </w:tr>
    </w:tbl>
    <w:p w14:paraId="31A7E972" w14:textId="3F39516C" w:rsidR="00813DAD" w:rsidRPr="00813DAD" w:rsidRDefault="00813DAD" w:rsidP="00813DAD">
      <w:pPr>
        <w:pStyle w:val="Body"/>
        <w:rPr>
          <w:lang w:val="el-GR"/>
        </w:rPr>
      </w:pPr>
    </w:p>
    <w:p w14:paraId="2F8F3F00" w14:textId="77777777" w:rsidR="00EF2925" w:rsidRPr="00813DAD" w:rsidRDefault="00C231C8" w:rsidP="00813DAD">
      <w:pPr>
        <w:pStyle w:val="Body"/>
        <w:rPr>
          <w:lang w:val="el-GR"/>
        </w:rPr>
      </w:pPr>
      <w:r>
        <w:rPr>
          <w:lang w:val="el-GR"/>
        </w:rPr>
        <w:t>Δ3</w:t>
      </w:r>
      <w:r w:rsidR="00813DAD" w:rsidRPr="00813DAD">
        <w:rPr>
          <w:lang w:val="el-GR"/>
        </w:rPr>
        <w:t>. Ενδιάμεση ομάδα-στόχος ή βασικοί διαμεσολαβητές (εάν εφαρμόζεται) και ο ρόλος τους στην παρέμβαση:</w:t>
      </w:r>
      <w:r w:rsidR="00813DAD" w:rsidRPr="00813DAD">
        <w:rPr>
          <w:lang w:val="el-GR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EF2925" w:rsidRPr="009C499A" w14:paraId="6D7FDE83" w14:textId="77777777" w:rsidTr="00D410E0">
        <w:trPr>
          <w:trHeight w:val="2945"/>
        </w:trPr>
        <w:tc>
          <w:tcPr>
            <w:tcW w:w="9962" w:type="dxa"/>
          </w:tcPr>
          <w:p w14:paraId="2570A53D" w14:textId="77777777" w:rsidR="00EF2925" w:rsidRDefault="00EF2925" w:rsidP="00A4017E">
            <w:pPr>
              <w:pStyle w:val="Body"/>
              <w:rPr>
                <w:lang w:val="el-GR"/>
              </w:rPr>
            </w:pPr>
          </w:p>
        </w:tc>
      </w:tr>
    </w:tbl>
    <w:p w14:paraId="2EEFAE72" w14:textId="77777777" w:rsidR="00813DAD" w:rsidRPr="00813DAD" w:rsidRDefault="00813DAD" w:rsidP="003D1CCD">
      <w:pPr>
        <w:pStyle w:val="Heading2"/>
        <w:rPr>
          <w:lang w:val="el-GR"/>
        </w:rPr>
      </w:pPr>
      <w:bookmarkStart w:id="5" w:name="_Toc226441475"/>
      <w:r w:rsidRPr="001370A2">
        <w:rPr>
          <w:color w:val="000000" w:themeColor="text1"/>
          <w:lang w:val="el-GR"/>
        </w:rPr>
        <w:lastRenderedPageBreak/>
        <w:t>ΜΕΡΟΣ Ε: Κριτήριο 3 - Διαμόρφωση της παρέμβασης</w:t>
      </w:r>
      <w:bookmarkEnd w:id="5"/>
    </w:p>
    <w:p w14:paraId="1F99C9F4" w14:textId="31A92AD6" w:rsidR="00D87389" w:rsidRDefault="00C231C8" w:rsidP="00D87389">
      <w:pPr>
        <w:pStyle w:val="Body"/>
        <w:rPr>
          <w:lang w:val="el-GR"/>
        </w:rPr>
      </w:pPr>
      <w:r>
        <w:rPr>
          <w:lang w:val="el-GR"/>
        </w:rPr>
        <w:t>Ε1</w:t>
      </w:r>
      <w:r w:rsidR="00813DAD" w:rsidRPr="00813DAD">
        <w:rPr>
          <w:lang w:val="el-GR"/>
        </w:rPr>
        <w:t>. Θεωρητικό μοντέλο: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EF2925" w14:paraId="694BF1AA" w14:textId="77777777" w:rsidTr="00D410E0">
        <w:trPr>
          <w:trHeight w:val="3029"/>
        </w:trPr>
        <w:tc>
          <w:tcPr>
            <w:tcW w:w="9962" w:type="dxa"/>
          </w:tcPr>
          <w:p w14:paraId="7AE61F4E" w14:textId="77777777" w:rsidR="00EF2925" w:rsidRDefault="00EF2925" w:rsidP="00A4017E">
            <w:pPr>
              <w:pStyle w:val="Body"/>
              <w:rPr>
                <w:lang w:val="el-GR"/>
              </w:rPr>
            </w:pPr>
          </w:p>
        </w:tc>
      </w:tr>
    </w:tbl>
    <w:p w14:paraId="365F0EB3" w14:textId="77777777" w:rsidR="00EF2925" w:rsidRPr="00813DAD" w:rsidRDefault="00813DAD" w:rsidP="00D87389">
      <w:pPr>
        <w:pStyle w:val="Body"/>
        <w:rPr>
          <w:lang w:val="el-GR"/>
        </w:rPr>
      </w:pPr>
      <w:r w:rsidRPr="00813DAD">
        <w:rPr>
          <w:lang w:val="el-GR"/>
        </w:rPr>
        <w:br/>
      </w:r>
      <w:r w:rsidR="00C231C8">
        <w:rPr>
          <w:lang w:val="el-GR"/>
        </w:rPr>
        <w:t>Ε</w:t>
      </w:r>
      <w:r w:rsidRPr="00B82CE9">
        <w:rPr>
          <w:lang w:val="el-GR"/>
        </w:rPr>
        <w:t>2. Γενικός σκοπός, ειδικοί στόχοι και βασικός μηχανισμός αλλαγής:</w:t>
      </w:r>
      <w:r w:rsidRPr="00813DAD">
        <w:rPr>
          <w:lang w:val="el-GR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EF2925" w:rsidRPr="009C499A" w14:paraId="2D76408B" w14:textId="77777777" w:rsidTr="00D410E0">
        <w:trPr>
          <w:trHeight w:val="2934"/>
        </w:trPr>
        <w:tc>
          <w:tcPr>
            <w:tcW w:w="9962" w:type="dxa"/>
          </w:tcPr>
          <w:p w14:paraId="77C3CC01" w14:textId="77777777" w:rsidR="00EF2925" w:rsidRDefault="00EF2925" w:rsidP="00A4017E">
            <w:pPr>
              <w:pStyle w:val="Body"/>
              <w:rPr>
                <w:lang w:val="el-GR"/>
              </w:rPr>
            </w:pPr>
          </w:p>
        </w:tc>
      </w:tr>
    </w:tbl>
    <w:p w14:paraId="037B1E4B" w14:textId="2182EA31" w:rsidR="00813DAD" w:rsidRPr="00813DAD" w:rsidRDefault="00813DAD" w:rsidP="00D87389">
      <w:pPr>
        <w:pStyle w:val="Body"/>
        <w:rPr>
          <w:lang w:val="el-GR"/>
        </w:rPr>
      </w:pPr>
    </w:p>
    <w:p w14:paraId="7449692A" w14:textId="77777777" w:rsidR="00EF2925" w:rsidRPr="00813DAD" w:rsidRDefault="00C231C8" w:rsidP="00813DAD">
      <w:pPr>
        <w:pStyle w:val="Body"/>
        <w:rPr>
          <w:lang w:val="el-GR"/>
        </w:rPr>
      </w:pPr>
      <w:r>
        <w:rPr>
          <w:lang w:val="el-GR"/>
        </w:rPr>
        <w:t>Ε</w:t>
      </w:r>
      <w:r w:rsidR="00813DAD" w:rsidRPr="00813DAD">
        <w:rPr>
          <w:lang w:val="el-GR"/>
        </w:rPr>
        <w:t>3. Επιστημονική τεκμηρίωση, στοιχεία αποτελεσματικότητας ή τεκμηριωμένη πρακτική στην οποία βασίζεται η παρέμβαση:</w:t>
      </w:r>
      <w:r w:rsidR="00813DAD" w:rsidRPr="00813DAD">
        <w:rPr>
          <w:lang w:val="el-GR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EF2925" w:rsidRPr="009C499A" w14:paraId="2473FBBD" w14:textId="77777777" w:rsidTr="00D410E0">
        <w:trPr>
          <w:trHeight w:val="2942"/>
        </w:trPr>
        <w:tc>
          <w:tcPr>
            <w:tcW w:w="9962" w:type="dxa"/>
          </w:tcPr>
          <w:p w14:paraId="3F546A04" w14:textId="77777777" w:rsidR="00EF2925" w:rsidRDefault="00EF2925" w:rsidP="00A4017E">
            <w:pPr>
              <w:pStyle w:val="Body"/>
              <w:rPr>
                <w:lang w:val="el-GR"/>
              </w:rPr>
            </w:pPr>
          </w:p>
        </w:tc>
      </w:tr>
    </w:tbl>
    <w:p w14:paraId="2545D347" w14:textId="0C4954DD" w:rsidR="00813DAD" w:rsidRPr="00813DAD" w:rsidRDefault="00813DAD" w:rsidP="00813DAD">
      <w:pPr>
        <w:pStyle w:val="Body"/>
        <w:rPr>
          <w:lang w:val="el-GR"/>
        </w:rPr>
      </w:pPr>
    </w:p>
    <w:p w14:paraId="2E55A15E" w14:textId="6BB156F7" w:rsidR="001370A2" w:rsidRDefault="00C231C8" w:rsidP="00813DAD">
      <w:pPr>
        <w:pStyle w:val="Body"/>
        <w:rPr>
          <w:lang w:val="el-GR"/>
        </w:rPr>
      </w:pPr>
      <w:r>
        <w:rPr>
          <w:lang w:val="el-GR"/>
        </w:rPr>
        <w:lastRenderedPageBreak/>
        <w:t>Ε</w:t>
      </w:r>
      <w:r w:rsidR="00813DAD" w:rsidRPr="00813DAD">
        <w:rPr>
          <w:lang w:val="el-GR"/>
        </w:rPr>
        <w:t>4. Στοιχεία καινοτομίας ή/και τεκμηριωμένης προσαρμογής της παρέμβασης στο πεδίο της πρόληψης της προβληματικής ενασχόλησης με τα τυχερά παιχνίδια: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EF2925" w:rsidRPr="009C499A" w14:paraId="62D9340D" w14:textId="77777777" w:rsidTr="00D410E0">
        <w:trPr>
          <w:trHeight w:val="2878"/>
        </w:trPr>
        <w:tc>
          <w:tcPr>
            <w:tcW w:w="9962" w:type="dxa"/>
          </w:tcPr>
          <w:p w14:paraId="72C74CC6" w14:textId="77777777" w:rsidR="00EF2925" w:rsidRDefault="00EF2925" w:rsidP="00A4017E">
            <w:pPr>
              <w:pStyle w:val="Body"/>
              <w:rPr>
                <w:lang w:val="el-GR"/>
              </w:rPr>
            </w:pPr>
          </w:p>
        </w:tc>
      </w:tr>
    </w:tbl>
    <w:p w14:paraId="66594EBD" w14:textId="77777777" w:rsidR="00EF2925" w:rsidRDefault="00C231C8" w:rsidP="00813DAD">
      <w:pPr>
        <w:pStyle w:val="Body"/>
        <w:rPr>
          <w:lang w:val="el-GR"/>
        </w:rPr>
      </w:pPr>
      <w:r>
        <w:rPr>
          <w:lang w:val="el-GR"/>
        </w:rPr>
        <w:t>Ε</w:t>
      </w:r>
      <w:r w:rsidR="001370A2">
        <w:rPr>
          <w:lang w:val="el-GR"/>
        </w:rPr>
        <w:t>5. Αναλυτική περιγραφή του χρονοδιαγράμματος (</w:t>
      </w:r>
      <w:r w:rsidR="001370A2">
        <w:rPr>
          <w:lang w:val="en-GB"/>
        </w:rPr>
        <w:t>Gantt</w:t>
      </w:r>
      <w:r w:rsidR="001370A2" w:rsidRPr="001370A2">
        <w:rPr>
          <w:lang w:val="el-GR"/>
        </w:rPr>
        <w:t xml:space="preserve"> </w:t>
      </w:r>
      <w:r w:rsidR="001370A2">
        <w:rPr>
          <w:lang w:val="en-GB"/>
        </w:rPr>
        <w:t>chart</w:t>
      </w:r>
      <w:r w:rsidR="001370A2" w:rsidRPr="001370A2">
        <w:rPr>
          <w:lang w:val="el-GR"/>
        </w:rPr>
        <w:t>)</w:t>
      </w:r>
      <w:r w:rsidR="001370A2">
        <w:rPr>
          <w:lang w:val="el-GR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EF2925" w:rsidRPr="009C499A" w14:paraId="17E8B9C5" w14:textId="77777777" w:rsidTr="00D410E0">
        <w:trPr>
          <w:trHeight w:val="2891"/>
        </w:trPr>
        <w:tc>
          <w:tcPr>
            <w:tcW w:w="9962" w:type="dxa"/>
          </w:tcPr>
          <w:p w14:paraId="0B2EA7D1" w14:textId="77777777" w:rsidR="00EF2925" w:rsidRDefault="00EF2925" w:rsidP="00A4017E">
            <w:pPr>
              <w:pStyle w:val="Body"/>
              <w:rPr>
                <w:lang w:val="el-GR"/>
              </w:rPr>
            </w:pPr>
          </w:p>
        </w:tc>
      </w:tr>
    </w:tbl>
    <w:p w14:paraId="02C70ED5" w14:textId="52ED2173" w:rsidR="00813DAD" w:rsidRPr="00813DAD" w:rsidRDefault="00813DAD" w:rsidP="00813DAD">
      <w:pPr>
        <w:pStyle w:val="Body"/>
        <w:rPr>
          <w:lang w:val="el-GR"/>
        </w:rPr>
      </w:pPr>
    </w:p>
    <w:p w14:paraId="2990B229" w14:textId="77777777" w:rsidR="00813DAD" w:rsidRPr="00741869" w:rsidRDefault="00813DAD" w:rsidP="001370A2">
      <w:pPr>
        <w:pStyle w:val="Heading2"/>
        <w:rPr>
          <w:color w:val="000000" w:themeColor="text1"/>
          <w:lang w:val="el-GR"/>
        </w:rPr>
      </w:pPr>
      <w:bookmarkStart w:id="6" w:name="_Toc226441476"/>
      <w:r w:rsidRPr="00741869">
        <w:rPr>
          <w:color w:val="000000" w:themeColor="text1"/>
          <w:lang w:val="el-GR"/>
        </w:rPr>
        <w:t>ΜΕΡΟΣ ΣΤ: Κριτήριο 4 - Σχεδιασμός της παρέμβασης</w:t>
      </w:r>
      <w:bookmarkEnd w:id="6"/>
    </w:p>
    <w:p w14:paraId="78F66BBA" w14:textId="4271750A" w:rsidR="00A314A3" w:rsidRDefault="00C231C8" w:rsidP="00813DAD">
      <w:pPr>
        <w:pStyle w:val="Body"/>
        <w:rPr>
          <w:lang w:val="el-GR"/>
        </w:rPr>
      </w:pPr>
      <w:r>
        <w:rPr>
          <w:lang w:val="el-GR"/>
        </w:rPr>
        <w:t>Στ1</w:t>
      </w:r>
      <w:r w:rsidR="00813DAD" w:rsidRPr="00813DAD">
        <w:rPr>
          <w:lang w:val="el-GR"/>
        </w:rPr>
        <w:t>. Αναλυτική περιγραφή δραστηριοτήτων</w:t>
      </w:r>
      <w:r w:rsidR="00BC6197">
        <w:rPr>
          <w:lang w:val="el-GR"/>
        </w:rPr>
        <w:t xml:space="preserve"> και </w:t>
      </w:r>
      <w:r w:rsidR="00741869">
        <w:rPr>
          <w:lang w:val="el-GR"/>
        </w:rPr>
        <w:t xml:space="preserve">της </w:t>
      </w:r>
      <w:r w:rsidR="00813DAD" w:rsidRPr="00813DAD">
        <w:rPr>
          <w:lang w:val="el-GR"/>
        </w:rPr>
        <w:t xml:space="preserve">μεθοδολογίας </w:t>
      </w:r>
      <w:r w:rsidR="00741869">
        <w:rPr>
          <w:lang w:val="el-GR"/>
        </w:rPr>
        <w:t xml:space="preserve">του </w:t>
      </w:r>
      <w:r w:rsidR="00813DAD" w:rsidRPr="00813DAD">
        <w:rPr>
          <w:lang w:val="el-GR"/>
        </w:rPr>
        <w:t xml:space="preserve">πλαισίου υλοποίησης και </w:t>
      </w:r>
      <w:r w:rsidR="00741869">
        <w:rPr>
          <w:lang w:val="el-GR"/>
        </w:rPr>
        <w:t>αξιολόγησης</w:t>
      </w:r>
      <w:r w:rsidR="00813DAD" w:rsidRPr="00813DAD">
        <w:rPr>
          <w:lang w:val="el-GR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EF2925" w:rsidRPr="009C499A" w14:paraId="5DFDCD14" w14:textId="77777777" w:rsidTr="00EF2925">
        <w:trPr>
          <w:trHeight w:val="3023"/>
        </w:trPr>
        <w:tc>
          <w:tcPr>
            <w:tcW w:w="9962" w:type="dxa"/>
          </w:tcPr>
          <w:p w14:paraId="562B80EC" w14:textId="77777777" w:rsidR="00EF2925" w:rsidRDefault="00EF2925" w:rsidP="00A4017E">
            <w:pPr>
              <w:pStyle w:val="Body"/>
              <w:rPr>
                <w:lang w:val="el-GR"/>
              </w:rPr>
            </w:pPr>
          </w:p>
        </w:tc>
      </w:tr>
    </w:tbl>
    <w:p w14:paraId="290CC991" w14:textId="77777777" w:rsidR="003A0E48" w:rsidRDefault="00813DAD" w:rsidP="00813DAD">
      <w:pPr>
        <w:pStyle w:val="Body"/>
        <w:rPr>
          <w:lang w:val="el-GR"/>
        </w:rPr>
      </w:pPr>
      <w:r w:rsidRPr="00813DAD">
        <w:rPr>
          <w:lang w:val="el-GR"/>
        </w:rPr>
        <w:br/>
      </w:r>
    </w:p>
    <w:p w14:paraId="42074CBF" w14:textId="4BE4F160" w:rsidR="00A314A3" w:rsidRDefault="00C231C8" w:rsidP="00813DAD">
      <w:pPr>
        <w:pStyle w:val="Body"/>
        <w:rPr>
          <w:lang w:val="el-GR"/>
        </w:rPr>
      </w:pPr>
      <w:r>
        <w:rPr>
          <w:lang w:val="el-GR"/>
        </w:rPr>
        <w:lastRenderedPageBreak/>
        <w:t>Στ2</w:t>
      </w:r>
      <w:r w:rsidR="00813DAD" w:rsidRPr="00813DAD">
        <w:rPr>
          <w:lang w:val="el-GR"/>
        </w:rPr>
        <w:t>. Περιγραφή τυχόν εκπαιδευτικού/ενημερωτικού υλικού, εργαλείων ή πρωτοκόλλων που θα χρησιμοποιηθούν ή θα αναπτυχθούν: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EF2925" w:rsidRPr="009C499A" w14:paraId="28DAF817" w14:textId="77777777" w:rsidTr="00EF2925">
        <w:trPr>
          <w:trHeight w:val="3150"/>
        </w:trPr>
        <w:tc>
          <w:tcPr>
            <w:tcW w:w="9962" w:type="dxa"/>
          </w:tcPr>
          <w:p w14:paraId="1B731435" w14:textId="77777777" w:rsidR="00EF2925" w:rsidRDefault="00EF2925" w:rsidP="00A4017E">
            <w:pPr>
              <w:pStyle w:val="Body"/>
              <w:rPr>
                <w:lang w:val="el-GR"/>
              </w:rPr>
            </w:pPr>
          </w:p>
        </w:tc>
      </w:tr>
    </w:tbl>
    <w:p w14:paraId="206F2249" w14:textId="64F651BE" w:rsidR="00EF2925" w:rsidRPr="00813DAD" w:rsidRDefault="00813DAD" w:rsidP="00813DAD">
      <w:pPr>
        <w:pStyle w:val="Body"/>
        <w:rPr>
          <w:lang w:val="el-GR"/>
        </w:rPr>
      </w:pPr>
      <w:r w:rsidRPr="00813DAD">
        <w:rPr>
          <w:lang w:val="el-GR"/>
        </w:rPr>
        <w:br/>
      </w:r>
      <w:r w:rsidR="00C231C8">
        <w:rPr>
          <w:lang w:val="el-GR"/>
        </w:rPr>
        <w:t>Στ3</w:t>
      </w:r>
      <w:r w:rsidRPr="00813DAD">
        <w:rPr>
          <w:lang w:val="el-GR"/>
        </w:rPr>
        <w:t>. Τρόπος προσαρμογής της παρέμβασης στα χαρακτηριστικά της ομάδας-στόχου και μέτρα διασφάλισης ποιότητας:</w:t>
      </w:r>
      <w:r w:rsidRPr="00813DAD">
        <w:rPr>
          <w:lang w:val="el-GR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EF2925" w:rsidRPr="009C499A" w14:paraId="5A61C2C0" w14:textId="77777777" w:rsidTr="00D410E0">
        <w:trPr>
          <w:trHeight w:val="2934"/>
        </w:trPr>
        <w:tc>
          <w:tcPr>
            <w:tcW w:w="9962" w:type="dxa"/>
          </w:tcPr>
          <w:p w14:paraId="628318F8" w14:textId="77777777" w:rsidR="00EF2925" w:rsidRDefault="00EF2925" w:rsidP="00A4017E">
            <w:pPr>
              <w:pStyle w:val="Body"/>
              <w:rPr>
                <w:lang w:val="el-GR"/>
              </w:rPr>
            </w:pPr>
          </w:p>
        </w:tc>
      </w:tr>
    </w:tbl>
    <w:p w14:paraId="5461C440" w14:textId="77777777" w:rsidR="003A0E48" w:rsidRPr="00813DAD" w:rsidRDefault="003A0E48" w:rsidP="00813DAD">
      <w:pPr>
        <w:pStyle w:val="Body"/>
        <w:rPr>
          <w:lang w:val="el-GR"/>
        </w:rPr>
      </w:pPr>
    </w:p>
    <w:p w14:paraId="28EEC5A5" w14:textId="77777777" w:rsidR="00813DAD" w:rsidRPr="00BC6197" w:rsidRDefault="00813DAD" w:rsidP="00A314A3">
      <w:pPr>
        <w:pStyle w:val="Heading2"/>
        <w:rPr>
          <w:color w:val="000000" w:themeColor="text1"/>
          <w:lang w:val="el-GR"/>
        </w:rPr>
      </w:pPr>
      <w:bookmarkStart w:id="7" w:name="_Toc226441477"/>
      <w:r w:rsidRPr="00BC6197">
        <w:rPr>
          <w:color w:val="000000" w:themeColor="text1"/>
          <w:lang w:val="el-GR"/>
        </w:rPr>
        <w:t>ΜΕΡΟΣ Ζ: Κριτήριο 5 - Διαχείριση και κινητοποίηση πόρων</w:t>
      </w:r>
      <w:bookmarkEnd w:id="7"/>
    </w:p>
    <w:p w14:paraId="09A93295" w14:textId="77777777" w:rsidR="00EF2925" w:rsidRPr="00813DAD" w:rsidRDefault="00C231C8" w:rsidP="00813DAD">
      <w:pPr>
        <w:pStyle w:val="Body"/>
        <w:rPr>
          <w:lang w:val="el-GR"/>
        </w:rPr>
      </w:pPr>
      <w:r>
        <w:rPr>
          <w:lang w:val="el-GR"/>
        </w:rPr>
        <w:t>Ζ1</w:t>
      </w:r>
      <w:r w:rsidR="00813DAD" w:rsidRPr="00813DAD">
        <w:rPr>
          <w:lang w:val="el-GR"/>
        </w:rPr>
        <w:t>. Ομάδα υλοποίησης, ρόλοι, προσόντα, κατανομή αρμοδιοτήτων και οργανωτική επάρκεια:</w:t>
      </w:r>
      <w:r w:rsidR="00813DAD" w:rsidRPr="00813DAD">
        <w:rPr>
          <w:lang w:val="el-GR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EF2925" w:rsidRPr="009C499A" w14:paraId="75487465" w14:textId="77777777" w:rsidTr="00ED6B75">
        <w:trPr>
          <w:trHeight w:val="2749"/>
        </w:trPr>
        <w:tc>
          <w:tcPr>
            <w:tcW w:w="9962" w:type="dxa"/>
          </w:tcPr>
          <w:p w14:paraId="3B0621B8" w14:textId="2CA71DDF" w:rsidR="00ED6B75" w:rsidRPr="00ED6B75" w:rsidRDefault="00ED6B75" w:rsidP="00ED6B75">
            <w:pPr>
              <w:tabs>
                <w:tab w:val="left" w:pos="2385"/>
              </w:tabs>
              <w:rPr>
                <w:lang w:val="el-GR"/>
              </w:rPr>
            </w:pPr>
          </w:p>
        </w:tc>
      </w:tr>
    </w:tbl>
    <w:p w14:paraId="72481F25" w14:textId="02878878" w:rsidR="00EF2925" w:rsidRDefault="00C231C8" w:rsidP="00BC6197">
      <w:pPr>
        <w:pStyle w:val="Body"/>
        <w:rPr>
          <w:lang w:val="el-GR"/>
        </w:rPr>
      </w:pPr>
      <w:r>
        <w:rPr>
          <w:lang w:val="el-GR"/>
        </w:rPr>
        <w:lastRenderedPageBreak/>
        <w:t>Ζ2</w:t>
      </w:r>
      <w:r w:rsidR="00813DAD" w:rsidRPr="00813DAD">
        <w:rPr>
          <w:lang w:val="el-GR"/>
        </w:rPr>
        <w:t xml:space="preserve">. Σχέδιο προσέγγισης, στρατολόγησης και διατήρησης της συμμετοχής των </w:t>
      </w:r>
      <w:r w:rsidR="003A0E48" w:rsidRPr="00813DAD">
        <w:rPr>
          <w:lang w:val="el-GR"/>
        </w:rPr>
        <w:t>ωφελούμενων</w:t>
      </w:r>
      <w:r w:rsidR="00813DAD" w:rsidRPr="00813DAD">
        <w:rPr>
          <w:lang w:val="el-GR"/>
        </w:rPr>
        <w:t>:</w:t>
      </w:r>
      <w:r w:rsidR="00813DAD" w:rsidRPr="00813DAD">
        <w:rPr>
          <w:lang w:val="el-GR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EF2925" w:rsidRPr="009C499A" w14:paraId="4BAE459F" w14:textId="77777777" w:rsidTr="00D410E0">
        <w:trPr>
          <w:trHeight w:val="2749"/>
        </w:trPr>
        <w:tc>
          <w:tcPr>
            <w:tcW w:w="9962" w:type="dxa"/>
          </w:tcPr>
          <w:p w14:paraId="53DFCC52" w14:textId="77777777" w:rsidR="00EF2925" w:rsidRDefault="00EF2925" w:rsidP="00A4017E">
            <w:pPr>
              <w:pStyle w:val="Body"/>
              <w:rPr>
                <w:lang w:val="el-GR"/>
              </w:rPr>
            </w:pPr>
          </w:p>
        </w:tc>
      </w:tr>
    </w:tbl>
    <w:p w14:paraId="7ABE7689" w14:textId="43245180" w:rsidR="00EF2925" w:rsidRPr="00813DAD" w:rsidRDefault="00C231C8" w:rsidP="00BC6197">
      <w:pPr>
        <w:pStyle w:val="Body"/>
        <w:rPr>
          <w:lang w:val="el-GR"/>
        </w:rPr>
      </w:pPr>
      <w:r>
        <w:rPr>
          <w:lang w:val="el-GR"/>
        </w:rPr>
        <w:t>Ζ3</w:t>
      </w:r>
      <w:r w:rsidR="00813DAD" w:rsidRPr="00813DAD">
        <w:rPr>
          <w:lang w:val="el-GR"/>
        </w:rPr>
        <w:t xml:space="preserve">. </w:t>
      </w:r>
      <w:r w:rsidR="00C47A83" w:rsidRPr="00C47A83">
        <w:rPr>
          <w:lang w:val="el-GR"/>
        </w:rPr>
        <w:t>Συνοπτική τεκμηρίωση του προϋπολογισμού και της αναμενόμενης απόδοσης της επιχορήγησης (</w:t>
      </w:r>
      <w:r w:rsidR="00C47A83" w:rsidRPr="00C47A83">
        <w:t>Return</w:t>
      </w:r>
      <w:r w:rsidR="00C47A83" w:rsidRPr="00C47A83">
        <w:rPr>
          <w:lang w:val="el-GR"/>
        </w:rPr>
        <w:t xml:space="preserve"> </w:t>
      </w:r>
      <w:r w:rsidR="00C47A83" w:rsidRPr="00C47A83">
        <w:t>on</w:t>
      </w:r>
      <w:r w:rsidR="00C47A83" w:rsidRPr="00C47A83">
        <w:rPr>
          <w:lang w:val="el-GR"/>
        </w:rPr>
        <w:t xml:space="preserve"> </w:t>
      </w:r>
      <w:r w:rsidR="00C47A83" w:rsidRPr="00C47A83">
        <w:t>Grant</w:t>
      </w:r>
      <w:r w:rsidR="00C47A83" w:rsidRPr="00C47A83">
        <w:rPr>
          <w:lang w:val="el-GR"/>
        </w:rPr>
        <w:t xml:space="preserve">), με σαφή παραπομπή στα Παραρτήματα ΙΙΙ και </w:t>
      </w:r>
      <w:r w:rsidR="00C47A83" w:rsidRPr="00C47A83">
        <w:t>IV</w:t>
      </w:r>
      <w:r w:rsidR="00C47A83" w:rsidRPr="00C47A83">
        <w:rPr>
          <w:lang w:val="el-GR"/>
        </w:rPr>
        <w:t xml:space="preserve"> και με συνοπτική εξήγηση της σχέσης μεταξύ βασικών δαπανών, δραστηριοτήτων, παραδοτέων και αναμενόμενων αποτελεσμάτων</w:t>
      </w:r>
      <w:r w:rsidR="00813DAD" w:rsidRPr="00813DAD">
        <w:rPr>
          <w:lang w:val="el-GR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EF2925" w:rsidRPr="009C499A" w14:paraId="7416359A" w14:textId="77777777" w:rsidTr="00D410E0">
        <w:trPr>
          <w:trHeight w:val="2792"/>
        </w:trPr>
        <w:tc>
          <w:tcPr>
            <w:tcW w:w="9962" w:type="dxa"/>
          </w:tcPr>
          <w:p w14:paraId="77D6520A" w14:textId="77777777" w:rsidR="00EF2925" w:rsidRDefault="00EF2925" w:rsidP="00A4017E">
            <w:pPr>
              <w:pStyle w:val="Body"/>
              <w:rPr>
                <w:lang w:val="el-GR"/>
              </w:rPr>
            </w:pPr>
          </w:p>
        </w:tc>
      </w:tr>
    </w:tbl>
    <w:p w14:paraId="16AFA4DE" w14:textId="77B1CAD0" w:rsidR="00BC6197" w:rsidRPr="00813DAD" w:rsidRDefault="00BC6197" w:rsidP="00BC6197">
      <w:pPr>
        <w:pStyle w:val="Body"/>
        <w:rPr>
          <w:lang w:val="el-GR"/>
        </w:rPr>
      </w:pPr>
    </w:p>
    <w:p w14:paraId="6640B55D" w14:textId="77777777" w:rsidR="00EF2925" w:rsidRPr="00813DAD" w:rsidRDefault="00C231C8" w:rsidP="00813DAD">
      <w:pPr>
        <w:pStyle w:val="Body"/>
        <w:rPr>
          <w:lang w:val="el-GR"/>
        </w:rPr>
      </w:pPr>
      <w:r>
        <w:rPr>
          <w:lang w:val="el-GR"/>
        </w:rPr>
        <w:t>Ζ4</w:t>
      </w:r>
      <w:r w:rsidR="00813DAD" w:rsidRPr="00813DAD">
        <w:rPr>
          <w:lang w:val="el-GR"/>
        </w:rPr>
        <w:t>. Συνεργαζόμενοι φορείς, τρόπος κινητοποίησης διαθέσιμων πόρων</w:t>
      </w:r>
      <w:r w:rsidR="00BC6197">
        <w:rPr>
          <w:lang w:val="el-GR"/>
        </w:rPr>
        <w:t xml:space="preserve">, ετοιμότητα σχετικού υλικού, </w:t>
      </w:r>
      <w:r w:rsidR="00813DAD" w:rsidRPr="00813DAD">
        <w:rPr>
          <w:lang w:val="el-GR"/>
        </w:rPr>
        <w:t>και συνολική δυνατότητα υλοποίησης του έργου:</w:t>
      </w:r>
      <w:r w:rsidR="00813DAD" w:rsidRPr="00813DAD">
        <w:rPr>
          <w:lang w:val="el-GR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EF2925" w:rsidRPr="009C499A" w14:paraId="07EB44E1" w14:textId="77777777" w:rsidTr="00D410E0">
        <w:trPr>
          <w:trHeight w:val="2660"/>
        </w:trPr>
        <w:tc>
          <w:tcPr>
            <w:tcW w:w="9962" w:type="dxa"/>
          </w:tcPr>
          <w:p w14:paraId="5B7A8FCB" w14:textId="77777777" w:rsidR="00EF2925" w:rsidRDefault="00EF2925" w:rsidP="00A4017E">
            <w:pPr>
              <w:pStyle w:val="Body"/>
              <w:rPr>
                <w:lang w:val="el-GR"/>
              </w:rPr>
            </w:pPr>
          </w:p>
        </w:tc>
      </w:tr>
    </w:tbl>
    <w:p w14:paraId="6BE0DA01" w14:textId="77777777" w:rsidR="00813DAD" w:rsidRPr="008B421F" w:rsidRDefault="00813DAD" w:rsidP="00BC6197">
      <w:pPr>
        <w:pStyle w:val="Heading2"/>
        <w:rPr>
          <w:color w:val="000000" w:themeColor="text1"/>
          <w:lang w:val="el-GR"/>
        </w:rPr>
      </w:pPr>
      <w:bookmarkStart w:id="8" w:name="_Toc226441478"/>
      <w:r w:rsidRPr="008B421F">
        <w:rPr>
          <w:color w:val="000000" w:themeColor="text1"/>
          <w:lang w:val="el-GR"/>
        </w:rPr>
        <w:lastRenderedPageBreak/>
        <w:t>ΜΕΡΟΣ Η: Κριτήριο 6 - Υλοποίηση και παρακολούθηση</w:t>
      </w:r>
      <w:bookmarkEnd w:id="8"/>
    </w:p>
    <w:p w14:paraId="2676DD59" w14:textId="77777777" w:rsidR="0039035F" w:rsidRPr="00813DAD" w:rsidRDefault="00C231C8" w:rsidP="00813DAD">
      <w:pPr>
        <w:pStyle w:val="Body"/>
        <w:rPr>
          <w:lang w:val="el-GR"/>
        </w:rPr>
      </w:pPr>
      <w:r>
        <w:rPr>
          <w:lang w:val="el-GR"/>
        </w:rPr>
        <w:t>Η1</w:t>
      </w:r>
      <w:r w:rsidR="00813DAD" w:rsidRPr="00813DAD">
        <w:rPr>
          <w:lang w:val="el-GR"/>
        </w:rPr>
        <w:t>. Σχέδιο υλοποίησης, βασικά στάδια, κρίσιμοι κίνδυνοι και μηχανισμοί έγκαιρης αναπροσαρμογής:</w:t>
      </w:r>
      <w:r w:rsidR="00813DAD" w:rsidRPr="00813DAD">
        <w:rPr>
          <w:lang w:val="el-GR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39035F" w:rsidRPr="009C499A" w14:paraId="2DDD228A" w14:textId="77777777" w:rsidTr="0039035F">
        <w:trPr>
          <w:trHeight w:val="3015"/>
        </w:trPr>
        <w:tc>
          <w:tcPr>
            <w:tcW w:w="9962" w:type="dxa"/>
          </w:tcPr>
          <w:p w14:paraId="391676ED" w14:textId="77777777" w:rsidR="0039035F" w:rsidRDefault="0039035F" w:rsidP="00A4017E">
            <w:pPr>
              <w:pStyle w:val="Body"/>
              <w:rPr>
                <w:lang w:val="el-GR"/>
              </w:rPr>
            </w:pPr>
          </w:p>
        </w:tc>
      </w:tr>
    </w:tbl>
    <w:p w14:paraId="0E9A9361" w14:textId="41A9D53C" w:rsidR="0039035F" w:rsidRPr="00813DAD" w:rsidRDefault="00C231C8" w:rsidP="00813DAD">
      <w:pPr>
        <w:pStyle w:val="Body"/>
        <w:rPr>
          <w:lang w:val="el-GR"/>
        </w:rPr>
      </w:pPr>
      <w:r>
        <w:rPr>
          <w:lang w:val="el-GR"/>
        </w:rPr>
        <w:t>Η2</w:t>
      </w:r>
      <w:r w:rsidR="00813DAD" w:rsidRPr="00813DAD">
        <w:rPr>
          <w:lang w:val="el-GR"/>
        </w:rPr>
        <w:t>. Μηχανισμοί παρακολούθησης της υλοποίησης,</w:t>
      </w:r>
      <w:r w:rsidR="007A0983" w:rsidRPr="007A0983">
        <w:rPr>
          <w:lang w:val="el-GR"/>
        </w:rPr>
        <w:t xml:space="preserve"> πιστότητα υλοποίησης</w:t>
      </w:r>
      <w:r w:rsidR="00813DAD" w:rsidRPr="00813DAD">
        <w:rPr>
          <w:lang w:val="el-GR"/>
        </w:rPr>
        <w:t xml:space="preserve"> </w:t>
      </w:r>
      <w:r w:rsidR="007A0983" w:rsidRPr="007A0983">
        <w:rPr>
          <w:lang w:val="el-GR"/>
        </w:rPr>
        <w:t>(</w:t>
      </w:r>
      <w:r w:rsidR="00813DAD">
        <w:t>fidelity</w:t>
      </w:r>
      <w:r w:rsidR="007A0983" w:rsidRPr="007A0983">
        <w:rPr>
          <w:lang w:val="el-GR"/>
        </w:rPr>
        <w:t>)</w:t>
      </w:r>
      <w:r w:rsidR="00813DAD" w:rsidRPr="00813DAD">
        <w:rPr>
          <w:lang w:val="el-GR"/>
        </w:rPr>
        <w:t xml:space="preserve"> και εσωτερικού ελέγχου ποιότητας:</w:t>
      </w:r>
      <w:r w:rsidR="00813DAD" w:rsidRPr="00813DAD">
        <w:rPr>
          <w:lang w:val="el-GR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39035F" w:rsidRPr="009C499A" w14:paraId="44129B8C" w14:textId="77777777" w:rsidTr="009411C7">
        <w:trPr>
          <w:trHeight w:val="2944"/>
        </w:trPr>
        <w:tc>
          <w:tcPr>
            <w:tcW w:w="9962" w:type="dxa"/>
          </w:tcPr>
          <w:p w14:paraId="5B14B28C" w14:textId="77777777" w:rsidR="0039035F" w:rsidRDefault="0039035F" w:rsidP="00A4017E">
            <w:pPr>
              <w:pStyle w:val="Body"/>
              <w:rPr>
                <w:lang w:val="el-GR"/>
              </w:rPr>
            </w:pPr>
          </w:p>
        </w:tc>
      </w:tr>
    </w:tbl>
    <w:p w14:paraId="394D4F90" w14:textId="1782C3B4" w:rsidR="00813DAD" w:rsidRPr="00813DAD" w:rsidRDefault="00813DAD" w:rsidP="00813DAD">
      <w:pPr>
        <w:pStyle w:val="Body"/>
        <w:rPr>
          <w:lang w:val="el-GR"/>
        </w:rPr>
      </w:pPr>
    </w:p>
    <w:p w14:paraId="4E566E52" w14:textId="77777777" w:rsidR="0039035F" w:rsidRPr="00813DAD" w:rsidRDefault="00C231C8" w:rsidP="00813DAD">
      <w:pPr>
        <w:pStyle w:val="Body"/>
        <w:rPr>
          <w:lang w:val="el-GR"/>
        </w:rPr>
      </w:pPr>
      <w:r>
        <w:rPr>
          <w:lang w:val="el-GR"/>
        </w:rPr>
        <w:t>Η3</w:t>
      </w:r>
      <w:r w:rsidR="00813DAD" w:rsidRPr="00813DAD">
        <w:rPr>
          <w:lang w:val="el-GR"/>
        </w:rPr>
        <w:t>. Πιλοτική εφαρμογή ή προπαρασκευαστικά βήματα πριν από την πλήρη υλοποίηση, όπου απαιτείται:</w:t>
      </w:r>
      <w:r w:rsidR="00813DAD" w:rsidRPr="00813DAD">
        <w:rPr>
          <w:lang w:val="el-GR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39035F" w:rsidRPr="009C499A" w14:paraId="142BA8E7" w14:textId="77777777" w:rsidTr="00D410E0">
        <w:trPr>
          <w:trHeight w:val="2749"/>
        </w:trPr>
        <w:tc>
          <w:tcPr>
            <w:tcW w:w="9962" w:type="dxa"/>
          </w:tcPr>
          <w:p w14:paraId="64D32B29" w14:textId="77777777" w:rsidR="0039035F" w:rsidRDefault="0039035F" w:rsidP="00A4017E">
            <w:pPr>
              <w:pStyle w:val="Body"/>
              <w:rPr>
                <w:lang w:val="el-GR"/>
              </w:rPr>
            </w:pPr>
          </w:p>
        </w:tc>
      </w:tr>
    </w:tbl>
    <w:p w14:paraId="15A3BEB2" w14:textId="1EF450A9" w:rsidR="00813DAD" w:rsidRPr="0092176F" w:rsidRDefault="00813DAD" w:rsidP="00813DAD">
      <w:pPr>
        <w:pStyle w:val="Heading2"/>
        <w:rPr>
          <w:color w:val="000000" w:themeColor="text1"/>
          <w:lang w:val="el-GR"/>
        </w:rPr>
      </w:pPr>
      <w:bookmarkStart w:id="9" w:name="_Toc226441479"/>
      <w:r w:rsidRPr="0092176F">
        <w:rPr>
          <w:color w:val="000000" w:themeColor="text1"/>
          <w:lang w:val="el-GR"/>
        </w:rPr>
        <w:lastRenderedPageBreak/>
        <w:t xml:space="preserve">ΜΕΡΟΣ Θ: Κριτήριο 7 - Αξιολόγηση, </w:t>
      </w:r>
      <w:r w:rsidR="009411C7">
        <w:rPr>
          <w:color w:val="000000" w:themeColor="text1"/>
          <w:lang w:val="el-GR"/>
        </w:rPr>
        <w:t>Δείκτες Απόδοσης (</w:t>
      </w:r>
      <w:r w:rsidRPr="0092176F">
        <w:rPr>
          <w:color w:val="000000" w:themeColor="text1"/>
        </w:rPr>
        <w:t>KPIs</w:t>
      </w:r>
      <w:r w:rsidR="009411C7">
        <w:rPr>
          <w:color w:val="000000" w:themeColor="text1"/>
          <w:lang w:val="el-GR"/>
        </w:rPr>
        <w:t>)</w:t>
      </w:r>
      <w:r w:rsidRPr="0092176F">
        <w:rPr>
          <w:color w:val="000000" w:themeColor="text1"/>
          <w:lang w:val="el-GR"/>
        </w:rPr>
        <w:t xml:space="preserve"> και αναμενόμενος κοινωνικός αντίκτυπος</w:t>
      </w:r>
      <w:bookmarkEnd w:id="9"/>
    </w:p>
    <w:p w14:paraId="1248D1F8" w14:textId="12DD5540" w:rsidR="00946DD8" w:rsidRPr="00813DAD" w:rsidRDefault="00C231C8" w:rsidP="00813DAD">
      <w:pPr>
        <w:pStyle w:val="Body"/>
        <w:rPr>
          <w:lang w:val="el-GR"/>
        </w:rPr>
      </w:pPr>
      <w:r>
        <w:rPr>
          <w:lang w:val="el-GR"/>
        </w:rPr>
        <w:t>Θ1</w:t>
      </w:r>
      <w:r w:rsidR="00813DAD" w:rsidRPr="00813DAD">
        <w:rPr>
          <w:lang w:val="el-GR"/>
        </w:rPr>
        <w:t>. Σχέδιο αξιολόγησης διαδικασίας, σχέδιο αξιολόγησης αποτελέσματος και μεθοδολογία συλλογής δεδομένων: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946DD8" w:rsidRPr="009C499A" w14:paraId="70560B66" w14:textId="77777777" w:rsidTr="00ED6B75">
        <w:trPr>
          <w:trHeight w:val="2642"/>
        </w:trPr>
        <w:tc>
          <w:tcPr>
            <w:tcW w:w="9962" w:type="dxa"/>
          </w:tcPr>
          <w:p w14:paraId="0EABCFF8" w14:textId="77777777" w:rsidR="00946DD8" w:rsidRDefault="00946DD8" w:rsidP="00A4017E">
            <w:pPr>
              <w:pStyle w:val="Body"/>
              <w:rPr>
                <w:lang w:val="el-GR"/>
              </w:rPr>
            </w:pPr>
          </w:p>
        </w:tc>
      </w:tr>
    </w:tbl>
    <w:p w14:paraId="63E02F14" w14:textId="77777777" w:rsidR="00ED6B75" w:rsidRDefault="00ED6B75" w:rsidP="00813DAD">
      <w:pPr>
        <w:pStyle w:val="Body"/>
        <w:rPr>
          <w:lang w:val="el-GR"/>
        </w:rPr>
      </w:pPr>
    </w:p>
    <w:p w14:paraId="1196CF21" w14:textId="2A7AECEE" w:rsidR="00946DD8" w:rsidRPr="00813DAD" w:rsidRDefault="00C231C8" w:rsidP="00813DAD">
      <w:pPr>
        <w:pStyle w:val="Body"/>
        <w:rPr>
          <w:lang w:val="el-GR"/>
        </w:rPr>
      </w:pPr>
      <w:r>
        <w:rPr>
          <w:lang w:val="el-GR"/>
        </w:rPr>
        <w:t>Θ2</w:t>
      </w:r>
      <w:r w:rsidR="00813DAD" w:rsidRPr="00813DAD">
        <w:rPr>
          <w:lang w:val="el-GR"/>
        </w:rPr>
        <w:t xml:space="preserve">. </w:t>
      </w:r>
      <w:r w:rsidR="00920915">
        <w:rPr>
          <w:lang w:val="el-GR"/>
        </w:rPr>
        <w:t xml:space="preserve">Αναλυτική περιγραφή των </w:t>
      </w:r>
      <w:r w:rsidR="008F366B">
        <w:rPr>
          <w:lang w:val="el-GR"/>
        </w:rPr>
        <w:t>δ</w:t>
      </w:r>
      <w:r w:rsidR="008F366B" w:rsidRPr="00813DAD">
        <w:rPr>
          <w:lang w:val="el-GR"/>
        </w:rPr>
        <w:t>εικτ</w:t>
      </w:r>
      <w:r w:rsidR="008F366B">
        <w:rPr>
          <w:lang w:val="el-GR"/>
        </w:rPr>
        <w:t>ών</w:t>
      </w:r>
      <w:r w:rsidR="00813DAD" w:rsidRPr="00813DAD">
        <w:rPr>
          <w:lang w:val="el-GR"/>
        </w:rPr>
        <w:t xml:space="preserve"> απόδοσης </w:t>
      </w:r>
      <w:r w:rsidR="001A1849">
        <w:rPr>
          <w:lang w:val="el-GR"/>
        </w:rPr>
        <w:t xml:space="preserve">συμπεριλαμβανομένων δεικτών διαδικασίας και αποτελέσματος </w:t>
      </w:r>
      <w:r w:rsidR="00813DAD" w:rsidRPr="00813DAD">
        <w:rPr>
          <w:lang w:val="el-GR"/>
        </w:rPr>
        <w:t>(</w:t>
      </w:r>
      <w:r w:rsidR="00813DAD">
        <w:t>KPIs</w:t>
      </w:r>
      <w:r w:rsidR="00813DAD" w:rsidRPr="00813DAD">
        <w:rPr>
          <w:lang w:val="el-GR"/>
        </w:rPr>
        <w:t>),</w:t>
      </w:r>
      <w:r w:rsidR="00920915">
        <w:rPr>
          <w:lang w:val="el-GR"/>
        </w:rPr>
        <w:t xml:space="preserve">με αναφορά σε πιθανές μετρήσεις </w:t>
      </w:r>
      <w:r w:rsidR="00813DAD" w:rsidRPr="00813DAD">
        <w:rPr>
          <w:lang w:val="el-GR"/>
        </w:rPr>
        <w:t xml:space="preserve"> </w:t>
      </w:r>
      <w:r w:rsidR="00920915">
        <w:rPr>
          <w:lang w:val="el-GR"/>
        </w:rPr>
        <w:t>(</w:t>
      </w:r>
      <w:r w:rsidR="00813DAD">
        <w:t>baseline</w:t>
      </w:r>
      <w:r w:rsidR="00813DAD" w:rsidRPr="00813DAD">
        <w:rPr>
          <w:lang w:val="el-GR"/>
        </w:rPr>
        <w:t>/</w:t>
      </w:r>
      <w:r w:rsidR="00813DAD">
        <w:t>follow</w:t>
      </w:r>
      <w:r w:rsidR="00813DAD" w:rsidRPr="00813DAD">
        <w:rPr>
          <w:lang w:val="el-GR"/>
        </w:rPr>
        <w:t>-</w:t>
      </w:r>
      <w:r w:rsidR="00813DAD">
        <w:t>up</w:t>
      </w:r>
      <w:r w:rsidR="00920915">
        <w:rPr>
          <w:lang w:val="el-GR"/>
        </w:rPr>
        <w:t>)</w:t>
      </w:r>
      <w:r w:rsidR="00813DAD" w:rsidRPr="00813DAD">
        <w:rPr>
          <w:lang w:val="el-GR"/>
        </w:rPr>
        <w:t xml:space="preserve"> και </w:t>
      </w:r>
      <w:r w:rsidR="00920915">
        <w:rPr>
          <w:lang w:val="el-GR"/>
        </w:rPr>
        <w:t xml:space="preserve">στον </w:t>
      </w:r>
      <w:r w:rsidR="00813DAD" w:rsidRPr="00813DAD">
        <w:rPr>
          <w:lang w:val="el-GR"/>
        </w:rPr>
        <w:t xml:space="preserve">τρόπο τεκμηρίωσης </w:t>
      </w:r>
      <w:r w:rsidR="00920915">
        <w:rPr>
          <w:lang w:val="el-GR"/>
        </w:rPr>
        <w:t xml:space="preserve">της </w:t>
      </w:r>
      <w:r w:rsidR="00813DAD" w:rsidRPr="00813DAD">
        <w:rPr>
          <w:lang w:val="el-GR"/>
        </w:rPr>
        <w:t>επίτευξης στόχων</w:t>
      </w:r>
      <w:r w:rsidR="00920915">
        <w:rPr>
          <w:lang w:val="el-GR"/>
        </w:rPr>
        <w:t xml:space="preserve"> του έργου</w:t>
      </w:r>
      <w:r w:rsidR="00813DAD" w:rsidRPr="00813DAD">
        <w:rPr>
          <w:lang w:val="el-GR"/>
        </w:rPr>
        <w:t xml:space="preserve"> </w:t>
      </w:r>
      <w:r w:rsidR="00813DAD" w:rsidRPr="00920915">
        <w:rPr>
          <w:i/>
          <w:iCs/>
          <w:lang w:val="el-GR"/>
        </w:rPr>
        <w:t>(με παραπομπή στο Παράρτημα ΙΙ)</w:t>
      </w:r>
      <w:r w:rsidR="00813DAD" w:rsidRPr="00813DAD">
        <w:rPr>
          <w:lang w:val="el-GR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946DD8" w:rsidRPr="009C499A" w14:paraId="276EF153" w14:textId="77777777" w:rsidTr="00756E26">
        <w:trPr>
          <w:trHeight w:val="2498"/>
        </w:trPr>
        <w:tc>
          <w:tcPr>
            <w:tcW w:w="9962" w:type="dxa"/>
          </w:tcPr>
          <w:p w14:paraId="6194E054" w14:textId="77777777" w:rsidR="00946DD8" w:rsidRDefault="00946DD8" w:rsidP="00A4017E">
            <w:pPr>
              <w:pStyle w:val="Body"/>
              <w:rPr>
                <w:lang w:val="el-GR"/>
              </w:rPr>
            </w:pPr>
          </w:p>
        </w:tc>
      </w:tr>
    </w:tbl>
    <w:p w14:paraId="25772ECD" w14:textId="77777777" w:rsidR="00ED6B75" w:rsidRDefault="00ED6B75" w:rsidP="00813DAD">
      <w:pPr>
        <w:pStyle w:val="Body"/>
        <w:rPr>
          <w:lang w:val="el-GR"/>
        </w:rPr>
      </w:pPr>
    </w:p>
    <w:p w14:paraId="54578C93" w14:textId="3591625C" w:rsidR="00946DD8" w:rsidRPr="00813DAD" w:rsidRDefault="00C231C8" w:rsidP="00813DAD">
      <w:pPr>
        <w:pStyle w:val="Body"/>
        <w:rPr>
          <w:lang w:val="el-GR"/>
        </w:rPr>
      </w:pPr>
      <w:r>
        <w:rPr>
          <w:lang w:val="el-GR"/>
        </w:rPr>
        <w:t>Θ3</w:t>
      </w:r>
      <w:r w:rsidR="00813DAD" w:rsidRPr="00813DAD">
        <w:rPr>
          <w:lang w:val="el-GR"/>
        </w:rPr>
        <w:t xml:space="preserve">. </w:t>
      </w:r>
      <w:r w:rsidR="00756E26">
        <w:rPr>
          <w:lang w:val="el-GR"/>
        </w:rPr>
        <w:t xml:space="preserve">Ανάλυση του αναμενόμενου </w:t>
      </w:r>
      <w:r w:rsidR="00813DAD" w:rsidRPr="00813DAD">
        <w:rPr>
          <w:lang w:val="el-GR"/>
        </w:rPr>
        <w:t xml:space="preserve"> κοινωνικ</w:t>
      </w:r>
      <w:r w:rsidR="00756E26">
        <w:rPr>
          <w:lang w:val="el-GR"/>
        </w:rPr>
        <w:t xml:space="preserve">ού αντίκτυπου </w:t>
      </w:r>
      <w:r w:rsidR="00C819ED" w:rsidRPr="00756E26">
        <w:rPr>
          <w:lang w:val="el-GR"/>
        </w:rPr>
        <w:t>όπως εμφανίζεται στο πίνακα</w:t>
      </w:r>
      <w:r w:rsidR="00756E26" w:rsidRPr="00756E26">
        <w:rPr>
          <w:lang w:val="el-GR"/>
        </w:rPr>
        <w:t xml:space="preserve"> </w:t>
      </w:r>
      <w:r w:rsidR="00756E26" w:rsidRPr="00756E26">
        <w:rPr>
          <w:b/>
          <w:bCs/>
          <w:lang w:val="el-GR"/>
        </w:rPr>
        <w:t xml:space="preserve"> </w:t>
      </w:r>
      <w:r w:rsidR="00756E26" w:rsidRPr="00756E26">
        <w:rPr>
          <w:lang w:val="el-GR"/>
        </w:rPr>
        <w:t>Υποβολής Αναμενόμενης Απόδοσης Επιχορήγησης στο παράρτημα ΙΙΙ</w:t>
      </w:r>
      <w:r w:rsidR="00813DAD" w:rsidRPr="00813DAD">
        <w:rPr>
          <w:lang w:val="el-GR"/>
        </w:rPr>
        <w:t xml:space="preserve">, </w:t>
      </w:r>
      <w:r w:rsidR="00756E26">
        <w:rPr>
          <w:lang w:val="el-GR"/>
        </w:rPr>
        <w:t xml:space="preserve">του </w:t>
      </w:r>
      <w:r w:rsidR="00813DAD" w:rsidRPr="00813DAD">
        <w:rPr>
          <w:lang w:val="el-GR"/>
        </w:rPr>
        <w:t>μ</w:t>
      </w:r>
      <w:r w:rsidR="00756E26">
        <w:rPr>
          <w:lang w:val="el-GR"/>
        </w:rPr>
        <w:t xml:space="preserve">εγέθους της </w:t>
      </w:r>
      <w:r w:rsidR="00813DAD" w:rsidRPr="00813DAD">
        <w:rPr>
          <w:lang w:val="el-GR"/>
        </w:rPr>
        <w:t xml:space="preserve"> αναμενόμενης αλλαγής, </w:t>
      </w:r>
      <w:r w:rsidR="00756E26">
        <w:rPr>
          <w:lang w:val="el-GR"/>
        </w:rPr>
        <w:t xml:space="preserve">των πιθανών </w:t>
      </w:r>
      <w:r w:rsidR="0092176F">
        <w:rPr>
          <w:lang w:val="el-GR"/>
        </w:rPr>
        <w:t>ανεπιθύμητ</w:t>
      </w:r>
      <w:r w:rsidR="00756E26">
        <w:rPr>
          <w:lang w:val="el-GR"/>
        </w:rPr>
        <w:t>ων αποτελεσμάτων</w:t>
      </w:r>
      <w:r w:rsidR="0092176F">
        <w:rPr>
          <w:lang w:val="el-GR"/>
        </w:rPr>
        <w:t xml:space="preserve"> </w:t>
      </w:r>
      <w:r w:rsidR="00813DAD" w:rsidRPr="00813DAD">
        <w:rPr>
          <w:lang w:val="el-GR"/>
        </w:rPr>
        <w:t xml:space="preserve">και </w:t>
      </w:r>
      <w:r w:rsidR="00756E26">
        <w:rPr>
          <w:lang w:val="el-GR"/>
        </w:rPr>
        <w:t xml:space="preserve">του </w:t>
      </w:r>
      <w:r w:rsidR="00813DAD" w:rsidRPr="00813DAD">
        <w:rPr>
          <w:lang w:val="el-GR"/>
        </w:rPr>
        <w:t>τρόπ</w:t>
      </w:r>
      <w:r w:rsidR="00756E26">
        <w:rPr>
          <w:lang w:val="el-GR"/>
        </w:rPr>
        <w:t xml:space="preserve">ου </w:t>
      </w:r>
      <w:r w:rsidR="00813DAD" w:rsidRPr="00813DAD">
        <w:rPr>
          <w:lang w:val="el-GR"/>
        </w:rPr>
        <w:t xml:space="preserve"> εντοπισμού/διαχείρισής τους:</w:t>
      </w:r>
      <w:r w:rsidR="00813DAD" w:rsidRPr="00813DAD">
        <w:rPr>
          <w:lang w:val="el-GR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946DD8" w:rsidRPr="009C499A" w14:paraId="73CD9EDB" w14:textId="77777777" w:rsidTr="00ED6B75">
        <w:trPr>
          <w:trHeight w:val="2466"/>
        </w:trPr>
        <w:tc>
          <w:tcPr>
            <w:tcW w:w="9962" w:type="dxa"/>
          </w:tcPr>
          <w:p w14:paraId="3DB8C0EA" w14:textId="77777777" w:rsidR="00946DD8" w:rsidRDefault="00946DD8" w:rsidP="00A4017E">
            <w:pPr>
              <w:pStyle w:val="Body"/>
              <w:rPr>
                <w:lang w:val="el-GR"/>
              </w:rPr>
            </w:pPr>
          </w:p>
        </w:tc>
      </w:tr>
    </w:tbl>
    <w:p w14:paraId="68B814CC" w14:textId="09ADCECA" w:rsidR="00946DD8" w:rsidRPr="00813DAD" w:rsidRDefault="00C231C8" w:rsidP="00813DAD">
      <w:pPr>
        <w:pStyle w:val="Body"/>
        <w:rPr>
          <w:lang w:val="el-GR"/>
        </w:rPr>
      </w:pPr>
      <w:r>
        <w:rPr>
          <w:lang w:val="el-GR"/>
        </w:rPr>
        <w:lastRenderedPageBreak/>
        <w:t>Θ4</w:t>
      </w:r>
      <w:r w:rsidR="00813DAD" w:rsidRPr="00813DAD">
        <w:rPr>
          <w:lang w:val="el-GR"/>
        </w:rPr>
        <w:t>. Εργαλεία μέτρησης, πηγές δεδομένων και αναλογικότητα του σχεδίου αξιολόγησης σε σχέση με το μέγεθος και την ένταση της παρέμβασης: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946DD8" w:rsidRPr="009C499A" w14:paraId="7BD09925" w14:textId="77777777" w:rsidTr="00756E26">
        <w:trPr>
          <w:trHeight w:val="2648"/>
        </w:trPr>
        <w:tc>
          <w:tcPr>
            <w:tcW w:w="9962" w:type="dxa"/>
          </w:tcPr>
          <w:p w14:paraId="7902CF1E" w14:textId="77777777" w:rsidR="00946DD8" w:rsidRDefault="00946DD8" w:rsidP="00A4017E">
            <w:pPr>
              <w:pStyle w:val="Body"/>
              <w:rPr>
                <w:lang w:val="el-GR"/>
              </w:rPr>
            </w:pPr>
          </w:p>
        </w:tc>
      </w:tr>
    </w:tbl>
    <w:p w14:paraId="72CBFE86" w14:textId="77777777" w:rsidR="00813DAD" w:rsidRPr="00272000" w:rsidRDefault="00813DAD" w:rsidP="00813DAD">
      <w:pPr>
        <w:pStyle w:val="Heading2"/>
        <w:rPr>
          <w:color w:val="000000" w:themeColor="text1"/>
          <w:lang w:val="el-GR"/>
        </w:rPr>
      </w:pPr>
      <w:bookmarkStart w:id="10" w:name="_Toc226441480"/>
      <w:r w:rsidRPr="00272000">
        <w:rPr>
          <w:color w:val="000000" w:themeColor="text1"/>
          <w:lang w:val="el-GR"/>
        </w:rPr>
        <w:t>ΜΕΡΟΣ Ι: Κριτήριο 8 - Διάχυση, συνέχεια και βελτίωση</w:t>
      </w:r>
      <w:bookmarkEnd w:id="10"/>
    </w:p>
    <w:p w14:paraId="688B1526" w14:textId="6BE2D72C" w:rsidR="00946DD8" w:rsidRPr="00813DAD" w:rsidRDefault="00C231C8" w:rsidP="00813DAD">
      <w:pPr>
        <w:pStyle w:val="Body"/>
        <w:rPr>
          <w:lang w:val="el-GR"/>
        </w:rPr>
      </w:pPr>
      <w:r>
        <w:rPr>
          <w:lang w:val="el-GR"/>
        </w:rPr>
        <w:t>Ι1</w:t>
      </w:r>
      <w:r w:rsidR="00813DAD" w:rsidRPr="00813DAD">
        <w:rPr>
          <w:lang w:val="el-GR"/>
        </w:rPr>
        <w:t>. Σχέδιο διάχυσης αποτελεσμάτων, αξιοποίησης παραδοτέων και επικοινωνίας με τα σχετικά ενδιαφερόμενα μέρη: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946DD8" w:rsidRPr="009C499A" w14:paraId="20FEDEB1" w14:textId="77777777" w:rsidTr="00D410E0">
        <w:trPr>
          <w:trHeight w:val="2428"/>
        </w:trPr>
        <w:tc>
          <w:tcPr>
            <w:tcW w:w="9962" w:type="dxa"/>
          </w:tcPr>
          <w:p w14:paraId="3AB731D0" w14:textId="77777777" w:rsidR="00946DD8" w:rsidRDefault="00946DD8" w:rsidP="00A4017E">
            <w:pPr>
              <w:pStyle w:val="Body"/>
              <w:rPr>
                <w:lang w:val="el-GR"/>
              </w:rPr>
            </w:pPr>
          </w:p>
        </w:tc>
      </w:tr>
    </w:tbl>
    <w:p w14:paraId="2D40601A" w14:textId="77777777" w:rsidR="00ED6B75" w:rsidRDefault="00ED6B75" w:rsidP="00813DAD">
      <w:pPr>
        <w:pStyle w:val="Body"/>
        <w:rPr>
          <w:lang w:val="el-GR"/>
        </w:rPr>
      </w:pPr>
    </w:p>
    <w:p w14:paraId="66CEA2C4" w14:textId="60A4CC59" w:rsidR="00946DD8" w:rsidRPr="00813DAD" w:rsidRDefault="00C231C8" w:rsidP="00813DAD">
      <w:pPr>
        <w:pStyle w:val="Body"/>
        <w:rPr>
          <w:lang w:val="el-GR"/>
        </w:rPr>
      </w:pPr>
      <w:r>
        <w:rPr>
          <w:lang w:val="el-GR"/>
        </w:rPr>
        <w:t>Ι2</w:t>
      </w:r>
      <w:r w:rsidR="00813DAD" w:rsidRPr="00813DAD">
        <w:rPr>
          <w:lang w:val="el-GR"/>
        </w:rPr>
        <w:t>. Σχέδιο συνέχειας, βιωσιμότητας, επαναχρησιμοποίησης ή/και πολλαπλασιαστικού αποτελέσματος μετά τη λήξη της χρηματοδότησης:</w:t>
      </w:r>
      <w:r w:rsidR="00813DAD" w:rsidRPr="00813DAD">
        <w:rPr>
          <w:lang w:val="el-GR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946DD8" w:rsidRPr="009C499A" w14:paraId="62FFCFAA" w14:textId="77777777" w:rsidTr="00D410E0">
        <w:trPr>
          <w:trHeight w:val="2900"/>
        </w:trPr>
        <w:tc>
          <w:tcPr>
            <w:tcW w:w="9962" w:type="dxa"/>
          </w:tcPr>
          <w:p w14:paraId="20471BBC" w14:textId="77777777" w:rsidR="00946DD8" w:rsidRDefault="00946DD8" w:rsidP="00A4017E">
            <w:pPr>
              <w:pStyle w:val="Body"/>
              <w:rPr>
                <w:lang w:val="el-GR"/>
              </w:rPr>
            </w:pPr>
          </w:p>
        </w:tc>
      </w:tr>
    </w:tbl>
    <w:p w14:paraId="78B844AB" w14:textId="2213A5DC" w:rsidR="00813DAD" w:rsidRPr="00813DAD" w:rsidRDefault="00813DAD" w:rsidP="00813DAD">
      <w:pPr>
        <w:pStyle w:val="Body"/>
        <w:rPr>
          <w:lang w:val="el-GR"/>
        </w:rPr>
      </w:pPr>
    </w:p>
    <w:p w14:paraId="69A28B03" w14:textId="77777777" w:rsidR="00946DD8" w:rsidRPr="00813DAD" w:rsidRDefault="00C231C8" w:rsidP="00813DAD">
      <w:pPr>
        <w:pStyle w:val="Body"/>
        <w:rPr>
          <w:lang w:val="el-GR"/>
        </w:rPr>
      </w:pPr>
      <w:r>
        <w:rPr>
          <w:lang w:val="el-GR"/>
        </w:rPr>
        <w:lastRenderedPageBreak/>
        <w:t>Ι3</w:t>
      </w:r>
      <w:r w:rsidR="00813DAD" w:rsidRPr="00813DAD">
        <w:rPr>
          <w:lang w:val="el-GR"/>
        </w:rPr>
        <w:t>. Σχέδιο βελτίωσης της παρέμβασης βάσει ευρημάτων παρακολούθησης και αξιολόγησης:</w:t>
      </w:r>
      <w:r w:rsidR="00813DAD" w:rsidRPr="00813DAD">
        <w:rPr>
          <w:lang w:val="el-GR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946DD8" w:rsidRPr="009C499A" w14:paraId="0FCA4CC8" w14:textId="77777777" w:rsidTr="00D410E0">
        <w:trPr>
          <w:trHeight w:val="2891"/>
        </w:trPr>
        <w:tc>
          <w:tcPr>
            <w:tcW w:w="9962" w:type="dxa"/>
          </w:tcPr>
          <w:p w14:paraId="1BBBD440" w14:textId="77777777" w:rsidR="00946DD8" w:rsidRDefault="00946DD8" w:rsidP="00A4017E">
            <w:pPr>
              <w:pStyle w:val="Body"/>
              <w:rPr>
                <w:lang w:val="el-GR"/>
              </w:rPr>
            </w:pPr>
          </w:p>
        </w:tc>
      </w:tr>
    </w:tbl>
    <w:p w14:paraId="41C2F17C" w14:textId="2B58C733" w:rsidR="00813DAD" w:rsidRPr="00A922B8" w:rsidRDefault="00813DAD" w:rsidP="00272000">
      <w:pPr>
        <w:pStyle w:val="Heading2"/>
        <w:rPr>
          <w:color w:val="000000" w:themeColor="text1"/>
          <w:lang w:val="el-GR"/>
        </w:rPr>
      </w:pPr>
      <w:bookmarkStart w:id="11" w:name="_Toc226441481"/>
      <w:r w:rsidRPr="00A922B8">
        <w:rPr>
          <w:color w:val="000000" w:themeColor="text1"/>
          <w:lang w:val="el-GR"/>
        </w:rPr>
        <w:t>ΜΕΡΟΣ Κ: Κριτήριο 9 - Οριζόντια θέματα</w:t>
      </w:r>
      <w:bookmarkEnd w:id="11"/>
      <w:r w:rsidRPr="00A922B8">
        <w:rPr>
          <w:color w:val="000000" w:themeColor="text1"/>
          <w:lang w:val="el-GR"/>
        </w:rPr>
        <w:t xml:space="preserve"> </w:t>
      </w:r>
    </w:p>
    <w:p w14:paraId="6EB6F883" w14:textId="6AB11B0B" w:rsidR="00813DAD" w:rsidRDefault="00C231C8" w:rsidP="00813DAD">
      <w:pPr>
        <w:rPr>
          <w:lang w:val="el-GR"/>
        </w:rPr>
      </w:pPr>
      <w:r>
        <w:rPr>
          <w:lang w:val="el-GR"/>
        </w:rPr>
        <w:t>Κ1</w:t>
      </w:r>
      <w:r w:rsidR="00813DAD" w:rsidRPr="00813DAD">
        <w:rPr>
          <w:lang w:val="el-GR"/>
        </w:rPr>
        <w:t xml:space="preserve">. Δηλώσεις συμμόρφωσης, ηθικής, προστασίας δεδομένων και λογοδοσίας (σημειώστε </w:t>
      </w:r>
      <w:r w:rsidR="00E316E2">
        <w:rPr>
          <w:lang w:val="el-GR"/>
        </w:rPr>
        <w:sym w:font="Wingdings 2" w:char="F050"/>
      </w:r>
      <w:r w:rsidR="00E316E2">
        <w:rPr>
          <w:lang w:val="el-GR"/>
        </w:rPr>
        <w:t xml:space="preserve"> </w:t>
      </w:r>
      <w:r w:rsidR="00813DAD" w:rsidRPr="00813DAD">
        <w:rPr>
          <w:lang w:val="el-GR"/>
        </w:rPr>
        <w:t>στα σχετικά πεδία του πίνακα που ακολουθεί):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4"/>
        <w:gridCol w:w="8674"/>
      </w:tblGrid>
      <w:tr w:rsidR="00272000" w:rsidRPr="009C499A" w14:paraId="214AAF71" w14:textId="77777777" w:rsidTr="006A431B">
        <w:tc>
          <w:tcPr>
            <w:tcW w:w="454" w:type="dxa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0F8A6E3C" w14:textId="77777777" w:rsidR="00272000" w:rsidRDefault="00272000" w:rsidP="006A431B">
            <w:r>
              <w:t>☐</w:t>
            </w:r>
          </w:p>
        </w:tc>
        <w:tc>
          <w:tcPr>
            <w:tcW w:w="8674" w:type="dxa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4CB39AE9" w14:textId="77777777" w:rsidR="00272000" w:rsidRPr="00813DAD" w:rsidRDefault="00272000" w:rsidP="006A431B">
            <w:pPr>
              <w:rPr>
                <w:lang w:val="el-GR"/>
              </w:rPr>
            </w:pPr>
            <w:r w:rsidRPr="00813DAD">
              <w:rPr>
                <w:lang w:val="el-GR"/>
              </w:rPr>
              <w:t>Τα στοιχεία που υποβάλλονται είναι αληθή, ακριβή και δύνανται να τεκμηριωθούν.</w:t>
            </w:r>
          </w:p>
        </w:tc>
      </w:tr>
      <w:tr w:rsidR="00272000" w:rsidRPr="009C499A" w14:paraId="5D6238F6" w14:textId="77777777" w:rsidTr="006A431B">
        <w:tc>
          <w:tcPr>
            <w:tcW w:w="454" w:type="dxa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493950E0" w14:textId="77777777" w:rsidR="00272000" w:rsidRDefault="00272000" w:rsidP="006A431B">
            <w:r>
              <w:t>☐</w:t>
            </w:r>
          </w:p>
        </w:tc>
        <w:tc>
          <w:tcPr>
            <w:tcW w:w="8674" w:type="dxa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36E07E83" w14:textId="00A9DCA4" w:rsidR="00272000" w:rsidRPr="00813DAD" w:rsidRDefault="00272000" w:rsidP="006A431B">
            <w:pPr>
              <w:rPr>
                <w:lang w:val="el-GR"/>
              </w:rPr>
            </w:pPr>
            <w:r w:rsidRPr="00813DAD">
              <w:rPr>
                <w:lang w:val="el-GR"/>
              </w:rPr>
              <w:t xml:space="preserve">Το έργο θα υλοποιηθεί σύμφωνα με τα εγκεκριμένα στοιχεία, το χρονοδιάγραμμα, τον προϋπολογισμό, τους </w:t>
            </w:r>
            <w:r w:rsidR="008622FE">
              <w:rPr>
                <w:lang w:val="el-GR"/>
              </w:rPr>
              <w:t>δείκτες απόδοσής</w:t>
            </w:r>
            <w:r w:rsidRPr="00813DAD">
              <w:rPr>
                <w:lang w:val="el-GR"/>
              </w:rPr>
              <w:t xml:space="preserve"> και το πλαίσιο λογοδοσίας της Αρχής, εφόσον επιλεγεί.</w:t>
            </w:r>
          </w:p>
        </w:tc>
      </w:tr>
      <w:tr w:rsidR="00272000" w:rsidRPr="009C499A" w14:paraId="0D310BD7" w14:textId="77777777" w:rsidTr="006A431B">
        <w:tc>
          <w:tcPr>
            <w:tcW w:w="454" w:type="dxa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1C301940" w14:textId="77777777" w:rsidR="00272000" w:rsidRDefault="00272000" w:rsidP="006A431B">
            <w:r>
              <w:t>☐</w:t>
            </w:r>
          </w:p>
        </w:tc>
        <w:tc>
          <w:tcPr>
            <w:tcW w:w="8674" w:type="dxa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7C456498" w14:textId="77777777" w:rsidR="00272000" w:rsidRPr="00813DAD" w:rsidRDefault="00272000" w:rsidP="006A431B">
            <w:pPr>
              <w:rPr>
                <w:lang w:val="el-GR"/>
              </w:rPr>
            </w:pPr>
            <w:r w:rsidRPr="00813DAD">
              <w:rPr>
                <w:lang w:val="el-GR"/>
              </w:rPr>
              <w:t>Θα τηρηθούν οι απαιτήσεις δημοσιότητας της Αρχής και οι δεσμεύσεις διάχυσης που δηλώνονται στην προσφορά.</w:t>
            </w:r>
          </w:p>
        </w:tc>
      </w:tr>
      <w:tr w:rsidR="00272000" w:rsidRPr="009C499A" w14:paraId="5FD8646C" w14:textId="77777777" w:rsidTr="006A431B">
        <w:tc>
          <w:tcPr>
            <w:tcW w:w="454" w:type="dxa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2D9FEAE2" w14:textId="77777777" w:rsidR="00272000" w:rsidRDefault="00272000" w:rsidP="006A431B">
            <w:r>
              <w:t>☐</w:t>
            </w:r>
          </w:p>
        </w:tc>
        <w:tc>
          <w:tcPr>
            <w:tcW w:w="8674" w:type="dxa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6B02A748" w14:textId="77777777" w:rsidR="00272000" w:rsidRPr="00813DAD" w:rsidRDefault="00272000" w:rsidP="006A431B">
            <w:pPr>
              <w:rPr>
                <w:lang w:val="el-GR"/>
              </w:rPr>
            </w:pPr>
            <w:r w:rsidRPr="00813DAD">
              <w:rPr>
                <w:lang w:val="el-GR"/>
              </w:rPr>
              <w:t>Θα τηρηθεί η νομοθεσία περί προστασίας προσωπικών δεδομένων, οι αρχές ηθικής και δεοντολογίας και οι διαδικασίες ασφαλούς διαχείρισης/παραπομπής περιστατικών.</w:t>
            </w:r>
          </w:p>
        </w:tc>
      </w:tr>
      <w:tr w:rsidR="00272000" w:rsidRPr="009C499A" w14:paraId="60D30276" w14:textId="77777777" w:rsidTr="006A431B">
        <w:tc>
          <w:tcPr>
            <w:tcW w:w="454" w:type="dxa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0B917966" w14:textId="77777777" w:rsidR="00272000" w:rsidRDefault="00272000" w:rsidP="006A431B">
            <w:r>
              <w:t>☐</w:t>
            </w:r>
          </w:p>
        </w:tc>
        <w:tc>
          <w:tcPr>
            <w:tcW w:w="8674" w:type="dxa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66EB02B0" w14:textId="77777777" w:rsidR="00272000" w:rsidRPr="00813DAD" w:rsidRDefault="00272000" w:rsidP="006A431B">
            <w:pPr>
              <w:rPr>
                <w:lang w:val="el-GR"/>
              </w:rPr>
            </w:pPr>
            <w:r w:rsidRPr="00813DAD">
              <w:rPr>
                <w:lang w:val="el-GR"/>
              </w:rPr>
              <w:t>Γνωρίζω ότι η μη συμμόρφωση ή η ουσιώδης απόκλιση από τα εγκεκριμένα στοιχεία δύναται να επιφέρει αναλογική μείωση, αναστολή ή ανάκτηση της χρηματοδότησης.</w:t>
            </w:r>
          </w:p>
        </w:tc>
      </w:tr>
    </w:tbl>
    <w:p w14:paraId="3810948F" w14:textId="06799F8A" w:rsidR="00E316E2" w:rsidRPr="00C201B3" w:rsidRDefault="00E316E2" w:rsidP="00E316E2">
      <w:pPr>
        <w:pStyle w:val="Body"/>
        <w:rPr>
          <w:bCs/>
          <w:lang w:val="el-GR"/>
        </w:rPr>
      </w:pPr>
      <w:r w:rsidRPr="00C201B3">
        <w:rPr>
          <w:bCs/>
          <w:lang w:val="el-GR"/>
        </w:rPr>
        <w:t>Ημερομηνία: ______________________________</w:t>
      </w:r>
      <w:r>
        <w:rPr>
          <w:bCs/>
          <w:lang w:val="el-GR"/>
        </w:rPr>
        <w:t>______________________________________</w:t>
      </w:r>
      <w:r w:rsidR="001F4606">
        <w:rPr>
          <w:bCs/>
          <w:lang w:val="el-GR"/>
        </w:rPr>
        <w:t>___________</w:t>
      </w:r>
    </w:p>
    <w:p w14:paraId="6F1FFF20" w14:textId="663460C3" w:rsidR="00E316E2" w:rsidRPr="00C201B3" w:rsidRDefault="00E316E2" w:rsidP="00E316E2">
      <w:pPr>
        <w:pStyle w:val="Body"/>
        <w:rPr>
          <w:bCs/>
          <w:lang w:val="el-GR"/>
        </w:rPr>
      </w:pPr>
      <w:r w:rsidRPr="00C201B3">
        <w:rPr>
          <w:bCs/>
          <w:lang w:val="el-GR"/>
        </w:rPr>
        <w:t>Ονοματεπώνυμο: ______________________________</w:t>
      </w:r>
      <w:r>
        <w:rPr>
          <w:bCs/>
          <w:lang w:val="el-GR"/>
        </w:rPr>
        <w:t>__________________________________</w:t>
      </w:r>
      <w:r w:rsidR="001F4606">
        <w:rPr>
          <w:bCs/>
          <w:lang w:val="el-GR"/>
        </w:rPr>
        <w:t>___________</w:t>
      </w:r>
    </w:p>
    <w:p w14:paraId="416B1442" w14:textId="131C9B6A" w:rsidR="001F4606" w:rsidRDefault="00E316E2" w:rsidP="00E316E2">
      <w:pPr>
        <w:pStyle w:val="Body"/>
        <w:rPr>
          <w:bCs/>
          <w:lang w:val="el-GR"/>
        </w:rPr>
      </w:pPr>
      <w:r>
        <w:rPr>
          <w:bCs/>
          <w:lang w:val="el-GR"/>
        </w:rPr>
        <w:t>Φορές</w:t>
      </w:r>
      <w:r w:rsidR="001F4606">
        <w:rPr>
          <w:bCs/>
          <w:lang w:val="el-GR"/>
        </w:rPr>
        <w:t>:_____________________________________________________________________________________</w:t>
      </w:r>
    </w:p>
    <w:p w14:paraId="398B62EA" w14:textId="125A81F5" w:rsidR="00E316E2" w:rsidRPr="00C201B3" w:rsidRDefault="00E316E2" w:rsidP="00E316E2">
      <w:pPr>
        <w:pStyle w:val="Body"/>
        <w:rPr>
          <w:bCs/>
          <w:lang w:val="el-GR"/>
        </w:rPr>
      </w:pPr>
      <w:r w:rsidRPr="00C201B3">
        <w:rPr>
          <w:bCs/>
          <w:lang w:val="el-GR"/>
        </w:rPr>
        <w:t>Θέση: ______________________________</w:t>
      </w:r>
      <w:r>
        <w:rPr>
          <w:bCs/>
          <w:lang w:val="el-GR"/>
        </w:rPr>
        <w:t>____________________________________</w:t>
      </w:r>
      <w:r w:rsidR="001F4606">
        <w:rPr>
          <w:bCs/>
          <w:lang w:val="el-GR"/>
        </w:rPr>
        <w:t>___________________</w:t>
      </w:r>
    </w:p>
    <w:p w14:paraId="335E8140" w14:textId="2728BAEA" w:rsidR="00E316E2" w:rsidRDefault="00E316E2" w:rsidP="00E316E2">
      <w:pPr>
        <w:pStyle w:val="Body"/>
        <w:rPr>
          <w:bCs/>
          <w:lang w:val="el-GR"/>
        </w:rPr>
      </w:pPr>
      <w:r w:rsidRPr="00C201B3">
        <w:rPr>
          <w:bCs/>
          <w:lang w:val="el-GR"/>
        </w:rPr>
        <w:t>Υπογραφή: ______________________________</w:t>
      </w:r>
      <w:r>
        <w:rPr>
          <w:bCs/>
          <w:lang w:val="el-GR"/>
        </w:rPr>
        <w:t>_________________________________________</w:t>
      </w:r>
      <w:r w:rsidR="001F4606">
        <w:rPr>
          <w:bCs/>
          <w:lang w:val="el-GR"/>
        </w:rPr>
        <w:t>__________</w:t>
      </w:r>
    </w:p>
    <w:p w14:paraId="5820C182" w14:textId="77777777" w:rsidR="00E81336" w:rsidRDefault="00E81336" w:rsidP="00E316E2">
      <w:pPr>
        <w:pStyle w:val="Body"/>
        <w:rPr>
          <w:bCs/>
          <w:lang w:val="el-GR"/>
        </w:rPr>
      </w:pPr>
    </w:p>
    <w:p w14:paraId="7C68AAF4" w14:textId="3970E746" w:rsidR="00813DAD" w:rsidRPr="00652CD7" w:rsidRDefault="00813DAD" w:rsidP="00813DAD">
      <w:pPr>
        <w:pStyle w:val="Heading1"/>
        <w:rPr>
          <w:color w:val="000000" w:themeColor="text1"/>
          <w:lang w:val="el-GR"/>
        </w:rPr>
      </w:pPr>
      <w:bookmarkStart w:id="12" w:name="_Toc226441482"/>
      <w:r w:rsidRPr="00652CD7">
        <w:rPr>
          <w:color w:val="000000" w:themeColor="text1"/>
          <w:sz w:val="27"/>
          <w:lang w:val="el-GR"/>
        </w:rPr>
        <w:lastRenderedPageBreak/>
        <w:t>ΠΑΡΑΡΤΗΜΑ ΙΙ – Υπόδειγμα Πίνακα Δεικτών Απόδοσης (</w:t>
      </w:r>
      <w:r w:rsidRPr="00652CD7">
        <w:rPr>
          <w:color w:val="000000" w:themeColor="text1"/>
          <w:sz w:val="27"/>
        </w:rPr>
        <w:t>KPIs</w:t>
      </w:r>
      <w:r w:rsidRPr="00652CD7">
        <w:rPr>
          <w:color w:val="000000" w:themeColor="text1"/>
          <w:sz w:val="27"/>
          <w:lang w:val="el-GR"/>
        </w:rPr>
        <w:t>)</w:t>
      </w:r>
      <w:bookmarkEnd w:id="12"/>
    </w:p>
    <w:p w14:paraId="6E5DD198" w14:textId="4C18E710" w:rsidR="006438CA" w:rsidRPr="006438CA" w:rsidRDefault="00813DAD" w:rsidP="006438CA">
      <w:pPr>
        <w:pStyle w:val="Body"/>
        <w:spacing w:after="80"/>
        <w:rPr>
          <w:sz w:val="24"/>
          <w:szCs w:val="28"/>
          <w:lang w:val="el-GR"/>
        </w:rPr>
      </w:pPr>
      <w:r w:rsidRPr="00474676">
        <w:rPr>
          <w:sz w:val="24"/>
          <w:szCs w:val="28"/>
          <w:lang w:val="el-GR"/>
        </w:rPr>
        <w:t xml:space="preserve">Οι </w:t>
      </w:r>
      <w:proofErr w:type="spellStart"/>
      <w:r w:rsidRPr="00474676">
        <w:rPr>
          <w:sz w:val="24"/>
          <w:szCs w:val="28"/>
          <w:lang w:val="el-GR"/>
        </w:rPr>
        <w:t>αιτητές</w:t>
      </w:r>
      <w:proofErr w:type="spellEnd"/>
      <w:r w:rsidRPr="00474676">
        <w:rPr>
          <w:sz w:val="24"/>
          <w:szCs w:val="28"/>
          <w:lang w:val="el-GR"/>
        </w:rPr>
        <w:t xml:space="preserve"> πρέπει να συμπληρώσουν τουλάχιστον έναν δείκτη διαδικασίας και έναν δείκτη αποτελέσματος για κάθε βασικό άξονα δραστηριοτήτων</w:t>
      </w:r>
      <w:r w:rsidR="006438CA">
        <w:rPr>
          <w:sz w:val="24"/>
          <w:szCs w:val="28"/>
          <w:lang w:val="el-GR"/>
        </w:rPr>
        <w:t xml:space="preserve"> στον πιο κάτω πίνακα</w:t>
      </w:r>
      <w:r w:rsidRPr="00474676">
        <w:rPr>
          <w:sz w:val="24"/>
          <w:szCs w:val="28"/>
          <w:lang w:val="el-GR"/>
        </w:rPr>
        <w:t>.</w:t>
      </w:r>
      <w:r w:rsidR="007C58A4">
        <w:rPr>
          <w:sz w:val="24"/>
          <w:szCs w:val="28"/>
          <w:lang w:val="el-GR"/>
        </w:rPr>
        <w:t xml:space="preserve"> </w:t>
      </w:r>
      <w:r w:rsidR="006438CA" w:rsidRPr="006438CA">
        <w:rPr>
          <w:sz w:val="24"/>
          <w:szCs w:val="28"/>
          <w:lang w:val="el-GR"/>
        </w:rPr>
        <w:t>Οι δείκτες πρέπει να είνα</w:t>
      </w:r>
      <w:r w:rsidR="006438CA">
        <w:rPr>
          <w:sz w:val="24"/>
          <w:szCs w:val="28"/>
          <w:lang w:val="el-GR"/>
        </w:rPr>
        <w:t xml:space="preserve">ι </w:t>
      </w:r>
      <w:r w:rsidR="006438CA" w:rsidRPr="006438CA">
        <w:rPr>
          <w:sz w:val="24"/>
          <w:szCs w:val="28"/>
          <w:lang w:val="el-GR"/>
        </w:rPr>
        <w:t>Συγκεκριμένοι (</w:t>
      </w:r>
      <w:proofErr w:type="spellStart"/>
      <w:r w:rsidR="006438CA" w:rsidRPr="006438CA">
        <w:rPr>
          <w:sz w:val="24"/>
          <w:szCs w:val="28"/>
          <w:lang w:val="el-GR"/>
        </w:rPr>
        <w:t>Specific</w:t>
      </w:r>
      <w:proofErr w:type="spellEnd"/>
      <w:r w:rsidR="006438CA" w:rsidRPr="006438CA">
        <w:rPr>
          <w:sz w:val="24"/>
          <w:szCs w:val="28"/>
          <w:lang w:val="el-GR"/>
        </w:rPr>
        <w:t>)</w:t>
      </w:r>
      <w:r w:rsidR="006438CA">
        <w:rPr>
          <w:sz w:val="24"/>
          <w:szCs w:val="28"/>
          <w:lang w:val="el-GR"/>
        </w:rPr>
        <w:t xml:space="preserve">, </w:t>
      </w:r>
      <w:r w:rsidR="006438CA" w:rsidRPr="006438CA">
        <w:rPr>
          <w:sz w:val="24"/>
          <w:szCs w:val="28"/>
          <w:lang w:val="el-GR"/>
        </w:rPr>
        <w:t>Μετρήσιμοι (</w:t>
      </w:r>
      <w:proofErr w:type="spellStart"/>
      <w:r w:rsidR="006438CA" w:rsidRPr="006438CA">
        <w:rPr>
          <w:sz w:val="24"/>
          <w:szCs w:val="28"/>
          <w:lang w:val="el-GR"/>
        </w:rPr>
        <w:t>Measurable</w:t>
      </w:r>
      <w:proofErr w:type="spellEnd"/>
      <w:r w:rsidR="006438CA" w:rsidRPr="006438CA">
        <w:rPr>
          <w:sz w:val="24"/>
          <w:szCs w:val="28"/>
          <w:lang w:val="el-GR"/>
        </w:rPr>
        <w:t>)</w:t>
      </w:r>
      <w:r w:rsidR="006438CA">
        <w:rPr>
          <w:sz w:val="24"/>
          <w:szCs w:val="28"/>
          <w:lang w:val="el-GR"/>
        </w:rPr>
        <w:t xml:space="preserve">, </w:t>
      </w:r>
      <w:r w:rsidR="006438CA" w:rsidRPr="006438CA">
        <w:rPr>
          <w:sz w:val="24"/>
          <w:szCs w:val="28"/>
          <w:lang w:val="el-GR"/>
        </w:rPr>
        <w:t>Ρεαλιστικοί (</w:t>
      </w:r>
      <w:proofErr w:type="spellStart"/>
      <w:r w:rsidR="006438CA" w:rsidRPr="006438CA">
        <w:rPr>
          <w:sz w:val="24"/>
          <w:szCs w:val="28"/>
          <w:lang w:val="el-GR"/>
        </w:rPr>
        <w:t>Achievable</w:t>
      </w:r>
      <w:proofErr w:type="spellEnd"/>
      <w:r w:rsidR="006438CA" w:rsidRPr="006438CA">
        <w:rPr>
          <w:sz w:val="24"/>
          <w:szCs w:val="28"/>
          <w:lang w:val="el-GR"/>
        </w:rPr>
        <w:t>)</w:t>
      </w:r>
      <w:r w:rsidR="006438CA">
        <w:rPr>
          <w:sz w:val="24"/>
          <w:szCs w:val="28"/>
          <w:lang w:val="el-GR"/>
        </w:rPr>
        <w:t xml:space="preserve">, </w:t>
      </w:r>
      <w:r w:rsidR="006438CA" w:rsidRPr="006438CA">
        <w:rPr>
          <w:sz w:val="24"/>
          <w:szCs w:val="28"/>
          <w:lang w:val="el-GR"/>
        </w:rPr>
        <w:t>Συναφείς (</w:t>
      </w:r>
      <w:proofErr w:type="spellStart"/>
      <w:r w:rsidR="006438CA" w:rsidRPr="006438CA">
        <w:rPr>
          <w:sz w:val="24"/>
          <w:szCs w:val="28"/>
          <w:lang w:val="el-GR"/>
        </w:rPr>
        <w:t>Relevant</w:t>
      </w:r>
      <w:proofErr w:type="spellEnd"/>
      <w:r w:rsidR="006438CA" w:rsidRPr="006438CA">
        <w:rPr>
          <w:sz w:val="24"/>
          <w:szCs w:val="28"/>
          <w:lang w:val="el-GR"/>
        </w:rPr>
        <w:t>)</w:t>
      </w:r>
      <w:r w:rsidR="006438CA">
        <w:rPr>
          <w:sz w:val="24"/>
          <w:szCs w:val="28"/>
          <w:lang w:val="el-GR"/>
        </w:rPr>
        <w:t xml:space="preserve">, και </w:t>
      </w:r>
      <w:r w:rsidR="006438CA" w:rsidRPr="006438CA">
        <w:rPr>
          <w:sz w:val="24"/>
          <w:szCs w:val="28"/>
          <w:lang w:val="el-GR"/>
        </w:rPr>
        <w:t>Χρονικά προσδιορισμένοι (</w:t>
      </w:r>
      <w:proofErr w:type="spellStart"/>
      <w:r w:rsidR="006438CA" w:rsidRPr="006438CA">
        <w:rPr>
          <w:sz w:val="24"/>
          <w:szCs w:val="28"/>
          <w:lang w:val="el-GR"/>
        </w:rPr>
        <w:t>Time-bound</w:t>
      </w:r>
      <w:proofErr w:type="spellEnd"/>
      <w:r w:rsidR="006438CA" w:rsidRPr="006438CA">
        <w:rPr>
          <w:sz w:val="24"/>
          <w:szCs w:val="28"/>
          <w:lang w:val="el-GR"/>
        </w:rPr>
        <w:t>)</w:t>
      </w:r>
      <w:r w:rsidR="006438CA">
        <w:rPr>
          <w:sz w:val="24"/>
          <w:szCs w:val="28"/>
          <w:lang w:val="el-GR"/>
        </w:rPr>
        <w:t>.</w:t>
      </w:r>
    </w:p>
    <w:p w14:paraId="16E114B6" w14:textId="77777777" w:rsidR="003175FE" w:rsidRPr="00474676" w:rsidRDefault="003175FE" w:rsidP="00813DAD">
      <w:pPr>
        <w:pStyle w:val="Body"/>
        <w:spacing w:after="80"/>
        <w:rPr>
          <w:sz w:val="24"/>
          <w:szCs w:val="28"/>
          <w:lang w:val="el-GR"/>
        </w:rPr>
      </w:pPr>
    </w:p>
    <w:tbl>
      <w:tblPr>
        <w:tblStyle w:val="GridTable2"/>
        <w:tblW w:w="0" w:type="auto"/>
        <w:tblLayout w:type="fixed"/>
        <w:tblLook w:val="04A0" w:firstRow="1" w:lastRow="0" w:firstColumn="1" w:lastColumn="0" w:noHBand="0" w:noVBand="1"/>
      </w:tblPr>
      <w:tblGrid>
        <w:gridCol w:w="1587"/>
        <w:gridCol w:w="2041"/>
        <w:gridCol w:w="1474"/>
        <w:gridCol w:w="1134"/>
        <w:gridCol w:w="1134"/>
        <w:gridCol w:w="1474"/>
        <w:gridCol w:w="1531"/>
      </w:tblGrid>
      <w:tr w:rsidR="00813DAD" w14:paraId="49F70176" w14:textId="77777777" w:rsidTr="003175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" w:type="dxa"/>
          </w:tcPr>
          <w:p w14:paraId="203B45DB" w14:textId="77777777" w:rsidR="00813DAD" w:rsidRDefault="00813DAD" w:rsidP="003175FE">
            <w:pPr>
              <w:jc w:val="center"/>
            </w:pPr>
            <w:r>
              <w:t>Κα</w:t>
            </w:r>
            <w:proofErr w:type="spellStart"/>
            <w:r>
              <w:t>τηγορί</w:t>
            </w:r>
            <w:proofErr w:type="spellEnd"/>
            <w:r>
              <w:t>α</w:t>
            </w:r>
          </w:p>
        </w:tc>
        <w:tc>
          <w:tcPr>
            <w:tcW w:w="2041" w:type="dxa"/>
          </w:tcPr>
          <w:p w14:paraId="1CF3B62E" w14:textId="77777777" w:rsidR="00813DAD" w:rsidRDefault="00813DAD" w:rsidP="003175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Δείκτης</w:t>
            </w:r>
            <w:proofErr w:type="spellEnd"/>
          </w:p>
        </w:tc>
        <w:tc>
          <w:tcPr>
            <w:tcW w:w="1474" w:type="dxa"/>
          </w:tcPr>
          <w:p w14:paraId="4CA0D176" w14:textId="77777777" w:rsidR="00813DAD" w:rsidRDefault="00813DAD" w:rsidP="003175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Ορισμός</w:t>
            </w:r>
            <w:proofErr w:type="spellEnd"/>
          </w:p>
        </w:tc>
        <w:tc>
          <w:tcPr>
            <w:tcW w:w="1134" w:type="dxa"/>
          </w:tcPr>
          <w:p w14:paraId="50907209" w14:textId="74D5EA74" w:rsidR="00813DAD" w:rsidRPr="00D848A5" w:rsidRDefault="00813DAD" w:rsidP="003175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t>Baseline</w:t>
            </w:r>
            <w:r w:rsidR="00D848A5">
              <w:rPr>
                <w:lang w:val="el-GR"/>
              </w:rPr>
              <w:t>/</w:t>
            </w:r>
            <w:r w:rsidR="00D848A5">
              <w:rPr>
                <w:lang w:val="en-GB"/>
              </w:rPr>
              <w:t>follow up</w:t>
            </w:r>
          </w:p>
        </w:tc>
        <w:tc>
          <w:tcPr>
            <w:tcW w:w="1134" w:type="dxa"/>
          </w:tcPr>
          <w:p w14:paraId="507398C3" w14:textId="77777777" w:rsidR="00813DAD" w:rsidRDefault="00813DAD" w:rsidP="003175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Στόχος</w:t>
            </w:r>
            <w:proofErr w:type="spellEnd"/>
          </w:p>
        </w:tc>
        <w:tc>
          <w:tcPr>
            <w:tcW w:w="1474" w:type="dxa"/>
          </w:tcPr>
          <w:p w14:paraId="7DB85457" w14:textId="77777777" w:rsidR="00813DAD" w:rsidRDefault="00813DAD" w:rsidP="003175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Μέθοδος</w:t>
            </w:r>
            <w:proofErr w:type="spellEnd"/>
            <w:r>
              <w:t xml:space="preserve"> </w:t>
            </w:r>
            <w:proofErr w:type="spellStart"/>
            <w:r>
              <w:t>μέτρησης</w:t>
            </w:r>
            <w:proofErr w:type="spellEnd"/>
          </w:p>
        </w:tc>
        <w:tc>
          <w:tcPr>
            <w:tcW w:w="1531" w:type="dxa"/>
          </w:tcPr>
          <w:p w14:paraId="23889634" w14:textId="77777777" w:rsidR="00813DAD" w:rsidRDefault="00813DAD" w:rsidP="003175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Χρόνος</w:t>
            </w:r>
            <w:proofErr w:type="spellEnd"/>
            <w:r>
              <w:t xml:space="preserve"> μέτρησης</w:t>
            </w:r>
          </w:p>
        </w:tc>
      </w:tr>
      <w:tr w:rsidR="00813DAD" w14:paraId="6EA9D5CB" w14:textId="77777777" w:rsidTr="00317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" w:type="dxa"/>
          </w:tcPr>
          <w:p w14:paraId="23FFEB07" w14:textId="77777777" w:rsidR="00813DAD" w:rsidRDefault="00813DAD" w:rsidP="00C259F1">
            <w:r>
              <w:t xml:space="preserve"> </w:t>
            </w:r>
          </w:p>
        </w:tc>
        <w:tc>
          <w:tcPr>
            <w:tcW w:w="2041" w:type="dxa"/>
          </w:tcPr>
          <w:p w14:paraId="2BE8393F" w14:textId="77777777" w:rsidR="00813DAD" w:rsidRDefault="00813DAD" w:rsidP="00C259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1474" w:type="dxa"/>
          </w:tcPr>
          <w:p w14:paraId="06E8E73A" w14:textId="77777777" w:rsidR="00813DAD" w:rsidRDefault="00813DAD" w:rsidP="00C259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1134" w:type="dxa"/>
          </w:tcPr>
          <w:p w14:paraId="2FFB5E88" w14:textId="77777777" w:rsidR="00813DAD" w:rsidRDefault="00813DAD" w:rsidP="00C259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1134" w:type="dxa"/>
          </w:tcPr>
          <w:p w14:paraId="596665AA" w14:textId="77777777" w:rsidR="00813DAD" w:rsidRDefault="00813DAD" w:rsidP="00C259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1474" w:type="dxa"/>
          </w:tcPr>
          <w:p w14:paraId="485717EE" w14:textId="77777777" w:rsidR="00813DAD" w:rsidRDefault="00813DAD" w:rsidP="00C259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1531" w:type="dxa"/>
          </w:tcPr>
          <w:p w14:paraId="503DD1E3" w14:textId="77777777" w:rsidR="00813DAD" w:rsidRDefault="00813DAD" w:rsidP="00C259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</w:tc>
      </w:tr>
      <w:tr w:rsidR="00813DAD" w14:paraId="33729C7C" w14:textId="77777777" w:rsidTr="00317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" w:type="dxa"/>
          </w:tcPr>
          <w:p w14:paraId="047BAEE8" w14:textId="77777777" w:rsidR="00813DAD" w:rsidRDefault="00813DAD" w:rsidP="00C259F1">
            <w:r>
              <w:t xml:space="preserve"> </w:t>
            </w:r>
          </w:p>
        </w:tc>
        <w:tc>
          <w:tcPr>
            <w:tcW w:w="2041" w:type="dxa"/>
          </w:tcPr>
          <w:p w14:paraId="17F1ABF6" w14:textId="77777777" w:rsidR="00813DAD" w:rsidRDefault="00813DAD" w:rsidP="00C259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1474" w:type="dxa"/>
          </w:tcPr>
          <w:p w14:paraId="2D5EC041" w14:textId="77777777" w:rsidR="00813DAD" w:rsidRDefault="00813DAD" w:rsidP="00C259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1134" w:type="dxa"/>
          </w:tcPr>
          <w:p w14:paraId="270246D2" w14:textId="77777777" w:rsidR="00813DAD" w:rsidRDefault="00813DAD" w:rsidP="00C259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1134" w:type="dxa"/>
          </w:tcPr>
          <w:p w14:paraId="1D63AB86" w14:textId="77777777" w:rsidR="00813DAD" w:rsidRDefault="00813DAD" w:rsidP="00C259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1474" w:type="dxa"/>
          </w:tcPr>
          <w:p w14:paraId="13B8073A" w14:textId="77777777" w:rsidR="00813DAD" w:rsidRDefault="00813DAD" w:rsidP="00C259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1531" w:type="dxa"/>
          </w:tcPr>
          <w:p w14:paraId="15FA03DB" w14:textId="77777777" w:rsidR="00813DAD" w:rsidRDefault="00813DAD" w:rsidP="00C259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</w:p>
        </w:tc>
      </w:tr>
      <w:tr w:rsidR="00813DAD" w14:paraId="68613126" w14:textId="77777777" w:rsidTr="00317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" w:type="dxa"/>
          </w:tcPr>
          <w:p w14:paraId="4EEA162A" w14:textId="77777777" w:rsidR="00813DAD" w:rsidRDefault="00813DAD" w:rsidP="00C259F1">
            <w:r>
              <w:t xml:space="preserve"> </w:t>
            </w:r>
          </w:p>
        </w:tc>
        <w:tc>
          <w:tcPr>
            <w:tcW w:w="2041" w:type="dxa"/>
          </w:tcPr>
          <w:p w14:paraId="0561304A" w14:textId="77777777" w:rsidR="00813DAD" w:rsidRDefault="00813DAD" w:rsidP="00C259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1474" w:type="dxa"/>
          </w:tcPr>
          <w:p w14:paraId="7C8630FD" w14:textId="77777777" w:rsidR="00813DAD" w:rsidRDefault="00813DAD" w:rsidP="00C259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1134" w:type="dxa"/>
          </w:tcPr>
          <w:p w14:paraId="43125D42" w14:textId="77777777" w:rsidR="00813DAD" w:rsidRDefault="00813DAD" w:rsidP="00C259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1134" w:type="dxa"/>
          </w:tcPr>
          <w:p w14:paraId="329096DA" w14:textId="77777777" w:rsidR="00813DAD" w:rsidRDefault="00813DAD" w:rsidP="00C259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1474" w:type="dxa"/>
          </w:tcPr>
          <w:p w14:paraId="6FF7F5EB" w14:textId="77777777" w:rsidR="00813DAD" w:rsidRDefault="00813DAD" w:rsidP="00C259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1531" w:type="dxa"/>
          </w:tcPr>
          <w:p w14:paraId="16A23894" w14:textId="77777777" w:rsidR="00813DAD" w:rsidRDefault="00813DAD" w:rsidP="00C259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</w:tc>
      </w:tr>
      <w:tr w:rsidR="00813DAD" w14:paraId="0BE31C67" w14:textId="77777777" w:rsidTr="00317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" w:type="dxa"/>
          </w:tcPr>
          <w:p w14:paraId="73A75F29" w14:textId="77777777" w:rsidR="00813DAD" w:rsidRDefault="00813DAD" w:rsidP="00C259F1">
            <w:r>
              <w:t xml:space="preserve"> </w:t>
            </w:r>
          </w:p>
        </w:tc>
        <w:tc>
          <w:tcPr>
            <w:tcW w:w="2041" w:type="dxa"/>
          </w:tcPr>
          <w:p w14:paraId="76FA985C" w14:textId="77777777" w:rsidR="00813DAD" w:rsidRDefault="00813DAD" w:rsidP="00C259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1474" w:type="dxa"/>
          </w:tcPr>
          <w:p w14:paraId="06B3F3FE" w14:textId="77777777" w:rsidR="00813DAD" w:rsidRDefault="00813DAD" w:rsidP="00C259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1134" w:type="dxa"/>
          </w:tcPr>
          <w:p w14:paraId="40A40069" w14:textId="77777777" w:rsidR="00813DAD" w:rsidRDefault="00813DAD" w:rsidP="00C259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1134" w:type="dxa"/>
          </w:tcPr>
          <w:p w14:paraId="6EB08B44" w14:textId="77777777" w:rsidR="00813DAD" w:rsidRDefault="00813DAD" w:rsidP="00C259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1474" w:type="dxa"/>
          </w:tcPr>
          <w:p w14:paraId="05DBA8B7" w14:textId="77777777" w:rsidR="00813DAD" w:rsidRDefault="00813DAD" w:rsidP="00C259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1531" w:type="dxa"/>
          </w:tcPr>
          <w:p w14:paraId="56E43571" w14:textId="77777777" w:rsidR="00813DAD" w:rsidRDefault="00813DAD" w:rsidP="00C259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</w:p>
        </w:tc>
      </w:tr>
      <w:tr w:rsidR="00813DAD" w14:paraId="0CAAB54A" w14:textId="77777777" w:rsidTr="00317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" w:type="dxa"/>
          </w:tcPr>
          <w:p w14:paraId="22C5418F" w14:textId="77777777" w:rsidR="00813DAD" w:rsidRDefault="00813DAD" w:rsidP="00C259F1">
            <w:r>
              <w:t xml:space="preserve"> </w:t>
            </w:r>
          </w:p>
        </w:tc>
        <w:tc>
          <w:tcPr>
            <w:tcW w:w="2041" w:type="dxa"/>
          </w:tcPr>
          <w:p w14:paraId="0470CFE3" w14:textId="77777777" w:rsidR="00813DAD" w:rsidRDefault="00813DAD" w:rsidP="00C259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1474" w:type="dxa"/>
          </w:tcPr>
          <w:p w14:paraId="76E3EF22" w14:textId="77777777" w:rsidR="00813DAD" w:rsidRDefault="00813DAD" w:rsidP="00C259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1134" w:type="dxa"/>
          </w:tcPr>
          <w:p w14:paraId="2159E9FC" w14:textId="77777777" w:rsidR="00813DAD" w:rsidRDefault="00813DAD" w:rsidP="00C259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1134" w:type="dxa"/>
          </w:tcPr>
          <w:p w14:paraId="11721B20" w14:textId="77777777" w:rsidR="00813DAD" w:rsidRDefault="00813DAD" w:rsidP="00C259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1474" w:type="dxa"/>
          </w:tcPr>
          <w:p w14:paraId="61876567" w14:textId="77777777" w:rsidR="00813DAD" w:rsidRDefault="00813DAD" w:rsidP="00C259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1531" w:type="dxa"/>
          </w:tcPr>
          <w:p w14:paraId="224A04E6" w14:textId="77777777" w:rsidR="00813DAD" w:rsidRDefault="00813DAD" w:rsidP="00C259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</w:tc>
      </w:tr>
      <w:tr w:rsidR="00813DAD" w14:paraId="67B710C8" w14:textId="77777777" w:rsidTr="00317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" w:type="dxa"/>
          </w:tcPr>
          <w:p w14:paraId="0BF9812C" w14:textId="77777777" w:rsidR="00813DAD" w:rsidRDefault="00813DAD" w:rsidP="00C259F1">
            <w:r>
              <w:t xml:space="preserve"> </w:t>
            </w:r>
          </w:p>
        </w:tc>
        <w:tc>
          <w:tcPr>
            <w:tcW w:w="2041" w:type="dxa"/>
          </w:tcPr>
          <w:p w14:paraId="7DDD2BAE" w14:textId="77777777" w:rsidR="00813DAD" w:rsidRDefault="00813DAD" w:rsidP="00C259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1474" w:type="dxa"/>
          </w:tcPr>
          <w:p w14:paraId="28E1A2FB" w14:textId="77777777" w:rsidR="00813DAD" w:rsidRDefault="00813DAD" w:rsidP="00C259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1134" w:type="dxa"/>
          </w:tcPr>
          <w:p w14:paraId="733638E5" w14:textId="77777777" w:rsidR="00813DAD" w:rsidRDefault="00813DAD" w:rsidP="00C259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1134" w:type="dxa"/>
          </w:tcPr>
          <w:p w14:paraId="02318E80" w14:textId="77777777" w:rsidR="00813DAD" w:rsidRDefault="00813DAD" w:rsidP="00C259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1474" w:type="dxa"/>
          </w:tcPr>
          <w:p w14:paraId="423467CB" w14:textId="77777777" w:rsidR="00813DAD" w:rsidRDefault="00813DAD" w:rsidP="00C259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1531" w:type="dxa"/>
          </w:tcPr>
          <w:p w14:paraId="6F7E9F6D" w14:textId="77777777" w:rsidR="00813DAD" w:rsidRDefault="00813DAD" w:rsidP="00C259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</w:p>
        </w:tc>
      </w:tr>
    </w:tbl>
    <w:p w14:paraId="5C6B1C87" w14:textId="6E89BB95" w:rsidR="00813DAD" w:rsidRPr="00474676" w:rsidRDefault="00813DAD" w:rsidP="00813DAD">
      <w:pPr>
        <w:pStyle w:val="ListBullet"/>
        <w:spacing w:after="40" w:line="269" w:lineRule="auto"/>
        <w:rPr>
          <w:sz w:val="24"/>
          <w:szCs w:val="28"/>
          <w:lang w:val="el-GR"/>
        </w:rPr>
      </w:pPr>
      <w:r w:rsidRPr="00474676">
        <w:rPr>
          <w:sz w:val="24"/>
          <w:szCs w:val="28"/>
          <w:lang w:val="el-GR"/>
        </w:rPr>
        <w:t xml:space="preserve">Δείκτες </w:t>
      </w:r>
      <w:r w:rsidR="001A1849" w:rsidRPr="00474676">
        <w:rPr>
          <w:sz w:val="24"/>
          <w:szCs w:val="28"/>
          <w:lang w:val="el-GR"/>
        </w:rPr>
        <w:t>διαδικασίας</w:t>
      </w:r>
      <w:r w:rsidRPr="00474676">
        <w:rPr>
          <w:sz w:val="24"/>
          <w:szCs w:val="28"/>
          <w:lang w:val="el-GR"/>
        </w:rPr>
        <w:t xml:space="preserve">: π.χ. </w:t>
      </w:r>
      <w:r w:rsidR="00E10295" w:rsidRPr="00474676">
        <w:rPr>
          <w:sz w:val="24"/>
          <w:szCs w:val="28"/>
          <w:lang w:val="el-GR"/>
        </w:rPr>
        <w:t xml:space="preserve">αριθμός επιμέρους δράσεων, συμμετοχή, κάλυψη και </w:t>
      </w:r>
      <w:r w:rsidRPr="00474676">
        <w:rPr>
          <w:sz w:val="24"/>
          <w:szCs w:val="28"/>
          <w:lang w:val="el-GR"/>
        </w:rPr>
        <w:t>αριθμός άμεσων συμμετεχόντων, αριθμός εκπαιδευτικών συνεδριών, αριθμός μοναδικών χρηστών που εκτέθηκαν στο μήνυμα</w:t>
      </w:r>
      <w:r w:rsidR="00474676" w:rsidRPr="00474676">
        <w:rPr>
          <w:sz w:val="24"/>
          <w:szCs w:val="28"/>
          <w:lang w:val="el-GR"/>
        </w:rPr>
        <w:t xml:space="preserve">, </w:t>
      </w:r>
      <w:r w:rsidR="00474676">
        <w:rPr>
          <w:sz w:val="24"/>
          <w:szCs w:val="28"/>
          <w:lang w:val="el-GR"/>
        </w:rPr>
        <w:t>ποσοστό ολοκλήρωσης προγράμματος</w:t>
      </w:r>
      <w:r w:rsidR="00E10295" w:rsidRPr="00474676">
        <w:rPr>
          <w:sz w:val="24"/>
          <w:szCs w:val="28"/>
          <w:lang w:val="el-GR"/>
        </w:rPr>
        <w:t xml:space="preserve"> κοκ.</w:t>
      </w:r>
    </w:p>
    <w:p w14:paraId="14325A10" w14:textId="24A765BE" w:rsidR="00813DAD" w:rsidRDefault="00813DAD" w:rsidP="00813DAD">
      <w:pPr>
        <w:pStyle w:val="ListBullet"/>
        <w:spacing w:after="40" w:line="269" w:lineRule="auto"/>
        <w:rPr>
          <w:sz w:val="24"/>
          <w:szCs w:val="28"/>
          <w:lang w:val="el-GR"/>
        </w:rPr>
      </w:pPr>
      <w:r w:rsidRPr="00474676">
        <w:rPr>
          <w:sz w:val="24"/>
          <w:szCs w:val="28"/>
          <w:lang w:val="el-GR"/>
        </w:rPr>
        <w:t>Δείκτες αποτελέσματος</w:t>
      </w:r>
      <w:r w:rsidR="001A1849" w:rsidRPr="00474676">
        <w:rPr>
          <w:sz w:val="24"/>
          <w:szCs w:val="28"/>
          <w:lang w:val="el-GR"/>
        </w:rPr>
        <w:t>:</w:t>
      </w:r>
      <w:r w:rsidRPr="00474676">
        <w:rPr>
          <w:sz w:val="24"/>
          <w:szCs w:val="28"/>
          <w:lang w:val="el-GR"/>
        </w:rPr>
        <w:t xml:space="preserve"> π.χ. ποσοστό αύξησης γνώσης, </w:t>
      </w:r>
      <w:r w:rsidR="001A1849" w:rsidRPr="00474676">
        <w:rPr>
          <w:sz w:val="24"/>
          <w:szCs w:val="28"/>
          <w:lang w:val="el-GR"/>
        </w:rPr>
        <w:t xml:space="preserve">αλλαγής συμπεριφοράς, </w:t>
      </w:r>
      <w:r w:rsidRPr="00474676">
        <w:rPr>
          <w:sz w:val="24"/>
          <w:szCs w:val="28"/>
          <w:lang w:val="el-GR"/>
        </w:rPr>
        <w:t>βελτίωση</w:t>
      </w:r>
      <w:r w:rsidR="001A1849" w:rsidRPr="00474676">
        <w:rPr>
          <w:sz w:val="24"/>
          <w:szCs w:val="28"/>
          <w:lang w:val="el-GR"/>
        </w:rPr>
        <w:t>ς</w:t>
      </w:r>
      <w:r w:rsidRPr="00474676">
        <w:rPr>
          <w:sz w:val="24"/>
          <w:szCs w:val="28"/>
          <w:lang w:val="el-GR"/>
        </w:rPr>
        <w:t xml:space="preserve"> κατανόησης κινδύνου, </w:t>
      </w:r>
      <w:r w:rsidR="001A1849" w:rsidRPr="00474676">
        <w:rPr>
          <w:sz w:val="24"/>
          <w:szCs w:val="28"/>
          <w:lang w:val="el-GR"/>
        </w:rPr>
        <w:t>αριθμού</w:t>
      </w:r>
      <w:r w:rsidRPr="00474676">
        <w:rPr>
          <w:sz w:val="24"/>
          <w:szCs w:val="28"/>
          <w:lang w:val="el-GR"/>
        </w:rPr>
        <w:t xml:space="preserve"> παραπομπών ή ενεργοποίησης εργαλείων αυτοπροστασίας</w:t>
      </w:r>
      <w:r w:rsidR="00E10295" w:rsidRPr="00474676">
        <w:rPr>
          <w:sz w:val="24"/>
          <w:szCs w:val="28"/>
          <w:lang w:val="el-GR"/>
        </w:rPr>
        <w:t xml:space="preserve"> κοκ. </w:t>
      </w:r>
    </w:p>
    <w:p w14:paraId="2C4AD7BA" w14:textId="77777777" w:rsidR="00D410E0" w:rsidRDefault="00D410E0" w:rsidP="00D410E0">
      <w:pPr>
        <w:pStyle w:val="ListBullet"/>
        <w:numPr>
          <w:ilvl w:val="0"/>
          <w:numId w:val="0"/>
        </w:numPr>
        <w:spacing w:after="40" w:line="269" w:lineRule="auto"/>
        <w:ind w:left="360" w:hanging="360"/>
        <w:rPr>
          <w:sz w:val="24"/>
          <w:szCs w:val="28"/>
          <w:lang w:val="el-GR"/>
        </w:rPr>
      </w:pPr>
    </w:p>
    <w:p w14:paraId="5B53C124" w14:textId="77777777" w:rsidR="00F14FAB" w:rsidRPr="00F14FAB" w:rsidRDefault="00F14FAB" w:rsidP="00F14FAB">
      <w:pPr>
        <w:pStyle w:val="ListBullet"/>
        <w:numPr>
          <w:ilvl w:val="0"/>
          <w:numId w:val="0"/>
        </w:numPr>
        <w:spacing w:after="0" w:line="269" w:lineRule="auto"/>
        <w:ind w:left="360" w:hanging="360"/>
        <w:rPr>
          <w:b/>
          <w:bCs/>
          <w:sz w:val="24"/>
          <w:szCs w:val="28"/>
          <w:lang w:val="el-GR"/>
        </w:rPr>
      </w:pPr>
      <w:r w:rsidRPr="00E87A96">
        <w:rPr>
          <w:b/>
          <w:bCs/>
          <w:sz w:val="24"/>
          <w:szCs w:val="28"/>
          <w:lang w:val="el-GR"/>
        </w:rPr>
        <w:t>Κατευθύνσεις ενσωμάτωσης στο έντυπο υποβολής προσφοράς</w:t>
      </w:r>
    </w:p>
    <w:p w14:paraId="37256DD3" w14:textId="74E041B8" w:rsidR="00F14FAB" w:rsidRPr="00425773" w:rsidRDefault="00F14FAB" w:rsidP="00E87A96">
      <w:pPr>
        <w:pStyle w:val="ListBullet"/>
        <w:numPr>
          <w:ilvl w:val="0"/>
          <w:numId w:val="0"/>
        </w:numPr>
        <w:spacing w:after="40" w:line="269" w:lineRule="auto"/>
        <w:jc w:val="both"/>
        <w:rPr>
          <w:sz w:val="24"/>
          <w:szCs w:val="28"/>
          <w:lang w:val="el-GR"/>
        </w:rPr>
      </w:pPr>
      <w:r w:rsidRPr="00F14FAB">
        <w:rPr>
          <w:sz w:val="24"/>
          <w:szCs w:val="28"/>
          <w:lang w:val="el-GR"/>
        </w:rPr>
        <w:t xml:space="preserve">Ο αιτητής κατά την συμπλήρωση του σημείου Θ2 του εντύπου υποβολής προσφοράς οφείλει να αιτιολογήσει </w:t>
      </w:r>
      <w:r w:rsidR="00D848A5">
        <w:rPr>
          <w:sz w:val="24"/>
          <w:szCs w:val="28"/>
          <w:lang w:val="el-GR"/>
        </w:rPr>
        <w:t xml:space="preserve">την χρήση των δεικτών </w:t>
      </w:r>
      <w:r w:rsidR="00E87A96">
        <w:rPr>
          <w:sz w:val="24"/>
          <w:szCs w:val="28"/>
          <w:lang w:val="el-GR"/>
        </w:rPr>
        <w:t xml:space="preserve">απόδοσης που έχουν επιλεγεί </w:t>
      </w:r>
      <w:r w:rsidR="00D848A5">
        <w:rPr>
          <w:sz w:val="24"/>
          <w:szCs w:val="28"/>
          <w:lang w:val="el-GR"/>
        </w:rPr>
        <w:t xml:space="preserve">και </w:t>
      </w:r>
      <w:r w:rsidR="00E87A96">
        <w:rPr>
          <w:sz w:val="24"/>
          <w:szCs w:val="28"/>
          <w:lang w:val="el-GR"/>
        </w:rPr>
        <w:t xml:space="preserve">την καταλληλότητα </w:t>
      </w:r>
      <w:r w:rsidR="00D848A5">
        <w:rPr>
          <w:sz w:val="24"/>
          <w:szCs w:val="28"/>
          <w:lang w:val="el-GR"/>
        </w:rPr>
        <w:t xml:space="preserve">των διαστημάτων μέτρησης που </w:t>
      </w:r>
      <w:r w:rsidR="00E87A96">
        <w:rPr>
          <w:sz w:val="24"/>
          <w:szCs w:val="28"/>
          <w:lang w:val="el-GR"/>
        </w:rPr>
        <w:t xml:space="preserve">προτείνει για την μελέτη της αποτελεσματικότητας του έργου. </w:t>
      </w:r>
      <w:r w:rsidR="00D848A5">
        <w:rPr>
          <w:sz w:val="24"/>
          <w:szCs w:val="28"/>
          <w:lang w:val="el-GR"/>
        </w:rPr>
        <w:t xml:space="preserve"> </w:t>
      </w:r>
    </w:p>
    <w:p w14:paraId="64485424" w14:textId="46DBEF29" w:rsidR="00813DAD" w:rsidRPr="004B4FBA" w:rsidRDefault="00813DAD" w:rsidP="00813DAD">
      <w:pPr>
        <w:pStyle w:val="Heading1"/>
        <w:rPr>
          <w:color w:val="000000" w:themeColor="text1"/>
          <w:lang w:val="el-GR"/>
        </w:rPr>
      </w:pPr>
      <w:bookmarkStart w:id="13" w:name="_Toc226441483"/>
      <w:r w:rsidRPr="000647A5">
        <w:rPr>
          <w:color w:val="000000" w:themeColor="text1"/>
          <w:sz w:val="27"/>
          <w:lang w:val="el-GR"/>
        </w:rPr>
        <w:t>ΠΑΡΑΡΤΗΜΑ</w:t>
      </w:r>
      <w:r w:rsidRPr="004B4FBA">
        <w:rPr>
          <w:color w:val="000000" w:themeColor="text1"/>
          <w:sz w:val="27"/>
          <w:lang w:val="el-GR"/>
        </w:rPr>
        <w:t xml:space="preserve"> </w:t>
      </w:r>
      <w:r w:rsidRPr="000647A5">
        <w:rPr>
          <w:color w:val="000000" w:themeColor="text1"/>
          <w:sz w:val="27"/>
          <w:lang w:val="el-GR"/>
        </w:rPr>
        <w:t>ΙΙΙ</w:t>
      </w:r>
      <w:r w:rsidRPr="004B4FBA">
        <w:rPr>
          <w:color w:val="000000" w:themeColor="text1"/>
          <w:sz w:val="27"/>
          <w:lang w:val="el-GR"/>
        </w:rPr>
        <w:t xml:space="preserve"> – </w:t>
      </w:r>
      <w:r w:rsidR="004B4FBA" w:rsidRPr="004B4FBA">
        <w:rPr>
          <w:color w:val="000000" w:themeColor="text1"/>
          <w:sz w:val="27"/>
          <w:lang w:val="el-GR"/>
        </w:rPr>
        <w:t xml:space="preserve">Αναμενόμενη απόδοση της επιχορήγησης </w:t>
      </w:r>
      <w:r w:rsidR="004B4FBA">
        <w:rPr>
          <w:color w:val="000000" w:themeColor="text1"/>
          <w:sz w:val="27"/>
          <w:lang w:val="el-GR"/>
        </w:rPr>
        <w:t>(</w:t>
      </w:r>
      <w:r w:rsidRPr="000647A5">
        <w:rPr>
          <w:color w:val="000000" w:themeColor="text1"/>
          <w:sz w:val="27"/>
        </w:rPr>
        <w:t>Return</w:t>
      </w:r>
      <w:r w:rsidRPr="004B4FBA">
        <w:rPr>
          <w:color w:val="000000" w:themeColor="text1"/>
          <w:sz w:val="27"/>
          <w:lang w:val="el-GR"/>
        </w:rPr>
        <w:t xml:space="preserve"> </w:t>
      </w:r>
      <w:r w:rsidRPr="000647A5">
        <w:rPr>
          <w:color w:val="000000" w:themeColor="text1"/>
          <w:sz w:val="27"/>
        </w:rPr>
        <w:t>on</w:t>
      </w:r>
      <w:r w:rsidRPr="004B4FBA">
        <w:rPr>
          <w:color w:val="000000" w:themeColor="text1"/>
          <w:sz w:val="27"/>
          <w:lang w:val="el-GR"/>
        </w:rPr>
        <w:t xml:space="preserve"> </w:t>
      </w:r>
      <w:r w:rsidRPr="000647A5">
        <w:rPr>
          <w:color w:val="000000" w:themeColor="text1"/>
          <w:sz w:val="27"/>
        </w:rPr>
        <w:t>Grant</w:t>
      </w:r>
      <w:r w:rsidR="004B4FBA">
        <w:rPr>
          <w:color w:val="000000" w:themeColor="text1"/>
          <w:sz w:val="27"/>
          <w:lang w:val="el-GR"/>
        </w:rPr>
        <w:t>)</w:t>
      </w:r>
      <w:bookmarkEnd w:id="13"/>
    </w:p>
    <w:p w14:paraId="39E9C335" w14:textId="410F9C9D" w:rsidR="00977B38" w:rsidRDefault="00977B38" w:rsidP="00030DA0">
      <w:pPr>
        <w:pStyle w:val="Body"/>
        <w:jc w:val="both"/>
        <w:rPr>
          <w:sz w:val="24"/>
          <w:szCs w:val="28"/>
          <w:lang w:val="el-GR"/>
        </w:rPr>
      </w:pPr>
      <w:r w:rsidRPr="00977B38">
        <w:rPr>
          <w:sz w:val="24"/>
          <w:szCs w:val="28"/>
          <w:lang w:val="el-GR"/>
        </w:rPr>
        <w:t>Σκοπός του παρόντος παραρτήματος είναι η τεκμηρίωση της σχέσης μεταξύ της αιτούμενης επιχορήγησης και του αναμενόμενου κοινωνικού αποτελέσματος της προτεινόμενης παρέμβασης</w:t>
      </w:r>
      <w:r w:rsidR="00850E87">
        <w:rPr>
          <w:sz w:val="24"/>
          <w:szCs w:val="28"/>
          <w:lang w:val="el-GR"/>
        </w:rPr>
        <w:t xml:space="preserve">. </w:t>
      </w:r>
      <w:r w:rsidRPr="00977B38">
        <w:rPr>
          <w:sz w:val="24"/>
          <w:szCs w:val="28"/>
          <w:lang w:val="el-GR"/>
        </w:rPr>
        <w:t>Ο αιτητής οφείλει να συμπληρώσει το παρόν παράρτημα σε συνάφεια με το Παράρτημα ΙΙ (</w:t>
      </w:r>
      <w:r w:rsidR="00850E87">
        <w:rPr>
          <w:sz w:val="24"/>
          <w:szCs w:val="28"/>
          <w:lang w:val="el-GR"/>
        </w:rPr>
        <w:t>Δείκτες Απόδοσης</w:t>
      </w:r>
      <w:r w:rsidRPr="00977B38">
        <w:rPr>
          <w:sz w:val="24"/>
          <w:szCs w:val="28"/>
          <w:lang w:val="el-GR"/>
        </w:rPr>
        <w:t xml:space="preserve">) και το Παράρτημα </w:t>
      </w:r>
      <w:r w:rsidRPr="00977B38">
        <w:rPr>
          <w:sz w:val="24"/>
          <w:szCs w:val="28"/>
        </w:rPr>
        <w:t>IV</w:t>
      </w:r>
      <w:r w:rsidRPr="00977B38">
        <w:rPr>
          <w:sz w:val="24"/>
          <w:szCs w:val="28"/>
          <w:lang w:val="el-GR"/>
        </w:rPr>
        <w:t xml:space="preserve"> (Αναλυτικός Προϋπολογισμός), χωρίς επανάληψη του συνόλου των στοιχείων τους. Τα οικονομικά ποσά και οι αριθμοί </w:t>
      </w:r>
      <w:proofErr w:type="spellStart"/>
      <w:r w:rsidRPr="00977B38">
        <w:rPr>
          <w:sz w:val="24"/>
          <w:szCs w:val="28"/>
          <w:lang w:val="el-GR"/>
        </w:rPr>
        <w:t>ωφελουμένων</w:t>
      </w:r>
      <w:proofErr w:type="spellEnd"/>
      <w:r w:rsidRPr="00977B38">
        <w:rPr>
          <w:sz w:val="24"/>
          <w:szCs w:val="28"/>
          <w:lang w:val="el-GR"/>
        </w:rPr>
        <w:t xml:space="preserve"> πρέπει να είναι απολύτως συνεπή μεταξύ των παραρτημάτων.</w:t>
      </w:r>
    </w:p>
    <w:p w14:paraId="139C323E" w14:textId="77777777" w:rsidR="00977B38" w:rsidRPr="00977B38" w:rsidRDefault="00977B38" w:rsidP="00977B38">
      <w:pPr>
        <w:pStyle w:val="Body"/>
        <w:spacing w:after="80"/>
        <w:rPr>
          <w:b/>
          <w:bCs/>
          <w:sz w:val="24"/>
          <w:szCs w:val="28"/>
          <w:lang w:val="el-GR"/>
        </w:rPr>
      </w:pPr>
      <w:r w:rsidRPr="00977B38">
        <w:rPr>
          <w:b/>
          <w:bCs/>
          <w:sz w:val="24"/>
          <w:szCs w:val="28"/>
          <w:lang w:val="el-GR"/>
        </w:rPr>
        <w:t>Υποχρεωτικά στοιχεία τεκμηρίωσης</w:t>
      </w:r>
    </w:p>
    <w:p w14:paraId="6A403316" w14:textId="77777777" w:rsidR="00977B38" w:rsidRPr="00977B38" w:rsidRDefault="00977B38" w:rsidP="00977B38">
      <w:pPr>
        <w:pStyle w:val="Body"/>
        <w:spacing w:after="80"/>
        <w:rPr>
          <w:sz w:val="24"/>
          <w:szCs w:val="28"/>
          <w:lang w:val="el-GR"/>
        </w:rPr>
      </w:pPr>
      <w:r w:rsidRPr="00977B38">
        <w:rPr>
          <w:sz w:val="24"/>
          <w:szCs w:val="28"/>
          <w:lang w:val="el-GR"/>
        </w:rPr>
        <w:t>Το παράρτημα πρέπει να καλύπτει κατ’ ελάχιστον τα ακόλουθα:</w:t>
      </w:r>
    </w:p>
    <w:p w14:paraId="3BF4C688" w14:textId="77777777" w:rsidR="00977B38" w:rsidRPr="00977B38" w:rsidRDefault="00977B38" w:rsidP="00977B38">
      <w:pPr>
        <w:pStyle w:val="Body"/>
        <w:numPr>
          <w:ilvl w:val="0"/>
          <w:numId w:val="1"/>
        </w:numPr>
        <w:spacing w:after="80"/>
        <w:rPr>
          <w:sz w:val="24"/>
          <w:szCs w:val="28"/>
          <w:lang w:val="el-GR"/>
        </w:rPr>
      </w:pPr>
      <w:r w:rsidRPr="00977B38">
        <w:rPr>
          <w:sz w:val="24"/>
          <w:szCs w:val="28"/>
          <w:lang w:val="el-GR"/>
        </w:rPr>
        <w:t>Συνολικό κόστος έργου, αιτούμενη επιχορήγηση και τυχόν ίδια συμμετοχή.</w:t>
      </w:r>
    </w:p>
    <w:p w14:paraId="38712CB1" w14:textId="77777777" w:rsidR="00977B38" w:rsidRPr="00977B38" w:rsidRDefault="00977B38" w:rsidP="00977B38">
      <w:pPr>
        <w:pStyle w:val="Body"/>
        <w:numPr>
          <w:ilvl w:val="0"/>
          <w:numId w:val="1"/>
        </w:numPr>
        <w:spacing w:after="80"/>
        <w:rPr>
          <w:sz w:val="24"/>
          <w:szCs w:val="28"/>
          <w:lang w:val="el-GR"/>
        </w:rPr>
      </w:pPr>
      <w:r w:rsidRPr="00977B38">
        <w:rPr>
          <w:sz w:val="24"/>
          <w:szCs w:val="28"/>
          <w:lang w:val="el-GR"/>
        </w:rPr>
        <w:lastRenderedPageBreak/>
        <w:t xml:space="preserve">Αριθμό άμεσων και, όπου είναι εφικτό, έμμεσων </w:t>
      </w:r>
      <w:proofErr w:type="spellStart"/>
      <w:r w:rsidRPr="00977B38">
        <w:rPr>
          <w:sz w:val="24"/>
          <w:szCs w:val="28"/>
          <w:lang w:val="el-GR"/>
        </w:rPr>
        <w:t>ωφελουμένων</w:t>
      </w:r>
      <w:proofErr w:type="spellEnd"/>
      <w:r w:rsidRPr="00977B38">
        <w:rPr>
          <w:sz w:val="24"/>
          <w:szCs w:val="28"/>
          <w:lang w:val="el-GR"/>
        </w:rPr>
        <w:t>, με σύντομη περιγραφή της ομάδας-στόχου.</w:t>
      </w:r>
    </w:p>
    <w:p w14:paraId="68CC619B" w14:textId="77777777" w:rsidR="00977B38" w:rsidRPr="00977B38" w:rsidRDefault="00977B38" w:rsidP="00977B38">
      <w:pPr>
        <w:pStyle w:val="Body"/>
        <w:numPr>
          <w:ilvl w:val="0"/>
          <w:numId w:val="1"/>
        </w:numPr>
        <w:spacing w:after="80"/>
        <w:rPr>
          <w:sz w:val="24"/>
          <w:szCs w:val="28"/>
          <w:lang w:val="el-GR"/>
        </w:rPr>
      </w:pPr>
      <w:r w:rsidRPr="00977B38">
        <w:rPr>
          <w:sz w:val="24"/>
          <w:szCs w:val="28"/>
          <w:lang w:val="el-GR"/>
        </w:rPr>
        <w:t>Υπολογισμό κόστους ανά άμεσο ωφελούμενο και σύντομη αιτιολόγηση της εύλογης σχέσης κόστους–έντασης της παρέμβασης.</w:t>
      </w:r>
    </w:p>
    <w:p w14:paraId="03C97950" w14:textId="77777777" w:rsidR="00977B38" w:rsidRPr="00977B38" w:rsidRDefault="00977B38" w:rsidP="00977B38">
      <w:pPr>
        <w:pStyle w:val="Body"/>
        <w:numPr>
          <w:ilvl w:val="0"/>
          <w:numId w:val="1"/>
        </w:numPr>
        <w:spacing w:after="80"/>
        <w:rPr>
          <w:sz w:val="24"/>
          <w:szCs w:val="28"/>
          <w:lang w:val="el-GR"/>
        </w:rPr>
      </w:pPr>
      <w:r w:rsidRPr="00977B38">
        <w:rPr>
          <w:sz w:val="24"/>
          <w:szCs w:val="28"/>
          <w:lang w:val="el-GR"/>
        </w:rPr>
        <w:t>Συγκεκριμένη αναμενόμενη αλλαγή, τρόπο μέτρησης, μετρήσιμο δείκτη αποτελέσματος και εκτιμώμενο μέγεθος μεταβολής.</w:t>
      </w:r>
    </w:p>
    <w:p w14:paraId="633FAB28" w14:textId="77777777" w:rsidR="00977B38" w:rsidRDefault="00977B38" w:rsidP="00977B38">
      <w:pPr>
        <w:pStyle w:val="Body"/>
        <w:numPr>
          <w:ilvl w:val="0"/>
          <w:numId w:val="1"/>
        </w:numPr>
        <w:spacing w:after="80"/>
        <w:rPr>
          <w:sz w:val="24"/>
          <w:szCs w:val="28"/>
          <w:lang w:val="el-GR"/>
        </w:rPr>
      </w:pPr>
      <w:r w:rsidRPr="00977B38">
        <w:rPr>
          <w:sz w:val="24"/>
          <w:szCs w:val="28"/>
          <w:lang w:val="el-GR"/>
        </w:rPr>
        <w:t>Διάρκεια του αναμενόμενου αποτελέσματος, στοιχεία βιωσιμότητας και δυνατότητα επαναχρησιμοποίησης των παραδοτέων ή του παραγόμενου υλικού.</w:t>
      </w:r>
    </w:p>
    <w:p w14:paraId="09CF87AF" w14:textId="5A12AD46" w:rsidR="00977B38" w:rsidRPr="00977B38" w:rsidRDefault="00800EAD" w:rsidP="00977B38">
      <w:pPr>
        <w:pStyle w:val="Body"/>
        <w:spacing w:after="80"/>
        <w:rPr>
          <w:b/>
          <w:bCs/>
          <w:sz w:val="24"/>
          <w:szCs w:val="28"/>
          <w:lang w:val="el-GR"/>
        </w:rPr>
      </w:pPr>
      <w:r>
        <w:rPr>
          <w:b/>
          <w:bCs/>
          <w:sz w:val="24"/>
          <w:szCs w:val="28"/>
          <w:lang w:val="el-GR"/>
        </w:rPr>
        <w:t>Υπόδειγμα</w:t>
      </w:r>
      <w:r w:rsidR="00977B38" w:rsidRPr="00977B38">
        <w:rPr>
          <w:b/>
          <w:bCs/>
          <w:sz w:val="24"/>
          <w:szCs w:val="28"/>
          <w:lang w:val="el-GR"/>
        </w:rPr>
        <w:t xml:space="preserve"> </w:t>
      </w:r>
      <w:r>
        <w:rPr>
          <w:b/>
          <w:bCs/>
          <w:sz w:val="24"/>
          <w:szCs w:val="28"/>
          <w:lang w:val="el-GR"/>
        </w:rPr>
        <w:t>Π</w:t>
      </w:r>
      <w:r w:rsidR="00977B38" w:rsidRPr="00977B38">
        <w:rPr>
          <w:b/>
          <w:bCs/>
          <w:sz w:val="24"/>
          <w:szCs w:val="28"/>
          <w:lang w:val="el-GR"/>
        </w:rPr>
        <w:t xml:space="preserve">ίνακα </w:t>
      </w:r>
      <w:r>
        <w:rPr>
          <w:b/>
          <w:bCs/>
          <w:sz w:val="24"/>
          <w:szCs w:val="28"/>
          <w:lang w:val="el-GR"/>
        </w:rPr>
        <w:t>Υ</w:t>
      </w:r>
      <w:r w:rsidR="00977B38" w:rsidRPr="00977B38">
        <w:rPr>
          <w:b/>
          <w:bCs/>
          <w:sz w:val="24"/>
          <w:szCs w:val="28"/>
          <w:lang w:val="el-GR"/>
        </w:rPr>
        <w:t xml:space="preserve">ποβολής </w:t>
      </w:r>
      <w:r>
        <w:rPr>
          <w:b/>
          <w:bCs/>
          <w:sz w:val="24"/>
          <w:szCs w:val="28"/>
          <w:lang w:val="el-GR"/>
        </w:rPr>
        <w:t>Α</w:t>
      </w:r>
      <w:r w:rsidR="001B487A">
        <w:rPr>
          <w:b/>
          <w:bCs/>
          <w:sz w:val="24"/>
          <w:szCs w:val="28"/>
          <w:lang w:val="el-GR"/>
        </w:rPr>
        <w:t xml:space="preserve">ναμενόμενης </w:t>
      </w:r>
      <w:r>
        <w:rPr>
          <w:b/>
          <w:bCs/>
          <w:sz w:val="24"/>
          <w:szCs w:val="28"/>
          <w:lang w:val="el-GR"/>
        </w:rPr>
        <w:t>Α</w:t>
      </w:r>
      <w:r w:rsidR="001B487A">
        <w:rPr>
          <w:b/>
          <w:bCs/>
          <w:sz w:val="24"/>
          <w:szCs w:val="28"/>
          <w:lang w:val="el-GR"/>
        </w:rPr>
        <w:t xml:space="preserve">πόδοσης </w:t>
      </w:r>
      <w:r>
        <w:rPr>
          <w:b/>
          <w:bCs/>
          <w:sz w:val="24"/>
          <w:szCs w:val="28"/>
          <w:lang w:val="el-GR"/>
        </w:rPr>
        <w:t>Ε</w:t>
      </w:r>
      <w:r w:rsidR="001B487A">
        <w:rPr>
          <w:b/>
          <w:bCs/>
          <w:sz w:val="24"/>
          <w:szCs w:val="28"/>
          <w:lang w:val="el-GR"/>
        </w:rPr>
        <w:t xml:space="preserve">πιχορήγησης 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402"/>
        <w:gridCol w:w="5953"/>
      </w:tblGrid>
      <w:tr w:rsidR="00977B38" w14:paraId="1643054C" w14:textId="77777777" w:rsidTr="00977B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7F819FBF" w14:textId="77777777" w:rsidR="00977B38" w:rsidRDefault="00977B38" w:rsidP="00EC187C">
            <w:pPr>
              <w:pStyle w:val="Body"/>
            </w:pPr>
            <w:r>
              <w:t>Πα</w:t>
            </w:r>
            <w:proofErr w:type="spellStart"/>
            <w:r>
              <w:t>ράμετρος</w:t>
            </w:r>
            <w:proofErr w:type="spellEnd"/>
          </w:p>
        </w:tc>
        <w:tc>
          <w:tcPr>
            <w:tcW w:w="5953" w:type="dxa"/>
          </w:tcPr>
          <w:p w14:paraId="2ADA5D88" w14:textId="58E66599" w:rsidR="00977B38" w:rsidRDefault="00977B38" w:rsidP="00EC187C">
            <w:pPr>
              <w:pStyle w:val="Bod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Τιμή</w:t>
            </w:r>
            <w:proofErr w:type="spellEnd"/>
            <w:r>
              <w:t xml:space="preserve"> / </w:t>
            </w:r>
            <w:r w:rsidR="000647A5">
              <w:rPr>
                <w:lang w:val="el-GR"/>
              </w:rPr>
              <w:t>Τ</w:t>
            </w:r>
            <w:proofErr w:type="spellStart"/>
            <w:r>
              <w:t>εκμηρίωση</w:t>
            </w:r>
            <w:proofErr w:type="spellEnd"/>
          </w:p>
        </w:tc>
      </w:tr>
      <w:tr w:rsidR="00977B38" w14:paraId="42E6EBAB" w14:textId="77777777" w:rsidTr="00977B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242EF4C0" w14:textId="336ACE08" w:rsidR="00977B38" w:rsidRPr="003168A7" w:rsidRDefault="00977B38" w:rsidP="00EC187C">
            <w:pPr>
              <w:pStyle w:val="Body"/>
              <w:rPr>
                <w:b w:val="0"/>
                <w:bCs w:val="0"/>
                <w:lang w:val="en-GB"/>
              </w:rPr>
            </w:pPr>
            <w:proofErr w:type="spellStart"/>
            <w:r w:rsidRPr="000647A5">
              <w:rPr>
                <w:b w:val="0"/>
                <w:bCs w:val="0"/>
              </w:rPr>
              <w:t>Αιτούμενη</w:t>
            </w:r>
            <w:proofErr w:type="spellEnd"/>
            <w:r w:rsidRPr="000647A5">
              <w:rPr>
                <w:b w:val="0"/>
                <w:bCs w:val="0"/>
              </w:rPr>
              <w:t xml:space="preserve"> επ</w:t>
            </w:r>
            <w:proofErr w:type="spellStart"/>
            <w:r w:rsidRPr="000647A5">
              <w:rPr>
                <w:b w:val="0"/>
                <w:bCs w:val="0"/>
              </w:rPr>
              <w:t>ιχορήγηση</w:t>
            </w:r>
            <w:proofErr w:type="spellEnd"/>
            <w:r w:rsidR="003168A7">
              <w:rPr>
                <w:b w:val="0"/>
                <w:bCs w:val="0"/>
                <w:lang w:val="el-GR"/>
              </w:rPr>
              <w:t xml:space="preserve"> (Παράρτημα </w:t>
            </w:r>
            <w:r w:rsidR="003168A7">
              <w:rPr>
                <w:b w:val="0"/>
                <w:bCs w:val="0"/>
                <w:lang w:val="en-GB"/>
              </w:rPr>
              <w:t>IV)</w:t>
            </w:r>
          </w:p>
        </w:tc>
        <w:tc>
          <w:tcPr>
            <w:tcW w:w="5953" w:type="dxa"/>
          </w:tcPr>
          <w:p w14:paraId="38702FCF" w14:textId="6ECBB7F8" w:rsidR="00977B38" w:rsidRPr="000647A5" w:rsidRDefault="00977B38" w:rsidP="00EC187C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  <w:r>
              <w:t xml:space="preserve">€ </w:t>
            </w:r>
          </w:p>
        </w:tc>
      </w:tr>
      <w:tr w:rsidR="00977B38" w14:paraId="6FAF248F" w14:textId="77777777" w:rsidTr="00977B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2FEBE64C" w14:textId="77777777" w:rsidR="00977B38" w:rsidRPr="000647A5" w:rsidRDefault="00977B38" w:rsidP="00EC187C">
            <w:pPr>
              <w:pStyle w:val="Body"/>
              <w:rPr>
                <w:b w:val="0"/>
                <w:bCs w:val="0"/>
              </w:rPr>
            </w:pPr>
            <w:proofErr w:type="spellStart"/>
            <w:r w:rsidRPr="000647A5">
              <w:rPr>
                <w:b w:val="0"/>
                <w:bCs w:val="0"/>
              </w:rPr>
              <w:t>Άμεσοι</w:t>
            </w:r>
            <w:proofErr w:type="spellEnd"/>
            <w:r w:rsidRPr="000647A5">
              <w:rPr>
                <w:b w:val="0"/>
                <w:bCs w:val="0"/>
              </w:rPr>
              <w:t xml:space="preserve"> </w:t>
            </w:r>
            <w:proofErr w:type="spellStart"/>
            <w:r w:rsidRPr="000647A5">
              <w:rPr>
                <w:b w:val="0"/>
                <w:bCs w:val="0"/>
              </w:rPr>
              <w:t>ωφελούμενοι</w:t>
            </w:r>
            <w:proofErr w:type="spellEnd"/>
          </w:p>
        </w:tc>
        <w:tc>
          <w:tcPr>
            <w:tcW w:w="5953" w:type="dxa"/>
          </w:tcPr>
          <w:p w14:paraId="07EED006" w14:textId="5306B970" w:rsidR="00977B38" w:rsidRPr="000647A5" w:rsidRDefault="000647A5" w:rsidP="00EC187C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  <w:r>
              <w:rPr>
                <w:lang w:val="el-GR"/>
              </w:rPr>
              <w:t xml:space="preserve">Αριθμός </w:t>
            </w:r>
          </w:p>
        </w:tc>
      </w:tr>
      <w:tr w:rsidR="00977B38" w14:paraId="325CBDD6" w14:textId="77777777" w:rsidTr="00977B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2D1A6C80" w14:textId="77777777" w:rsidR="00977B38" w:rsidRPr="000647A5" w:rsidRDefault="00977B38" w:rsidP="00EC187C">
            <w:pPr>
              <w:pStyle w:val="Body"/>
              <w:rPr>
                <w:b w:val="0"/>
                <w:bCs w:val="0"/>
              </w:rPr>
            </w:pPr>
            <w:proofErr w:type="spellStart"/>
            <w:r w:rsidRPr="000647A5">
              <w:rPr>
                <w:b w:val="0"/>
                <w:bCs w:val="0"/>
              </w:rPr>
              <w:t>Έμμεσοι</w:t>
            </w:r>
            <w:proofErr w:type="spellEnd"/>
            <w:r w:rsidRPr="000647A5">
              <w:rPr>
                <w:b w:val="0"/>
                <w:bCs w:val="0"/>
              </w:rPr>
              <w:t xml:space="preserve"> </w:t>
            </w:r>
            <w:proofErr w:type="spellStart"/>
            <w:r w:rsidRPr="000647A5">
              <w:rPr>
                <w:b w:val="0"/>
                <w:bCs w:val="0"/>
              </w:rPr>
              <w:t>ωφελούμενοι</w:t>
            </w:r>
            <w:proofErr w:type="spellEnd"/>
            <w:r w:rsidRPr="000647A5">
              <w:rPr>
                <w:b w:val="0"/>
                <w:bCs w:val="0"/>
              </w:rPr>
              <w:t xml:space="preserve"> (</w:t>
            </w:r>
            <w:proofErr w:type="spellStart"/>
            <w:r w:rsidRPr="000647A5">
              <w:rPr>
                <w:b w:val="0"/>
                <w:bCs w:val="0"/>
              </w:rPr>
              <w:t>εφόσον</w:t>
            </w:r>
            <w:proofErr w:type="spellEnd"/>
            <w:r w:rsidRPr="000647A5">
              <w:rPr>
                <w:b w:val="0"/>
                <w:bCs w:val="0"/>
              </w:rPr>
              <w:t xml:space="preserve"> υπ</w:t>
            </w:r>
            <w:proofErr w:type="spellStart"/>
            <w:r w:rsidRPr="000647A5">
              <w:rPr>
                <w:b w:val="0"/>
                <w:bCs w:val="0"/>
              </w:rPr>
              <w:t>άρχουν</w:t>
            </w:r>
            <w:proofErr w:type="spellEnd"/>
            <w:r w:rsidRPr="000647A5">
              <w:rPr>
                <w:b w:val="0"/>
                <w:bCs w:val="0"/>
              </w:rPr>
              <w:t>)</w:t>
            </w:r>
          </w:p>
        </w:tc>
        <w:tc>
          <w:tcPr>
            <w:tcW w:w="5953" w:type="dxa"/>
          </w:tcPr>
          <w:p w14:paraId="69C1295D" w14:textId="6E621E2A" w:rsidR="00977B38" w:rsidRPr="000647A5" w:rsidRDefault="000647A5" w:rsidP="00EC187C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  <w:r>
              <w:rPr>
                <w:lang w:val="el-GR"/>
              </w:rPr>
              <w:t>Αριθμός</w:t>
            </w:r>
          </w:p>
        </w:tc>
      </w:tr>
      <w:tr w:rsidR="00977B38" w14:paraId="45CD3DE3" w14:textId="77777777" w:rsidTr="00EC187C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07AD2FCD" w14:textId="77777777" w:rsidR="00977B38" w:rsidRDefault="00977B38" w:rsidP="00EC187C">
            <w:pPr>
              <w:pStyle w:val="Body"/>
              <w:rPr>
                <w:lang w:val="el-GR"/>
              </w:rPr>
            </w:pPr>
            <w:r w:rsidRPr="00B82CE9">
              <w:rPr>
                <w:b w:val="0"/>
                <w:bCs w:val="0"/>
                <w:lang w:val="el-GR"/>
              </w:rPr>
              <w:t>Κόστος ανά άμεσο ωφελούμενο</w:t>
            </w:r>
          </w:p>
          <w:p w14:paraId="2AEB878C" w14:textId="7B6E597A" w:rsidR="000647A5" w:rsidRPr="000647A5" w:rsidRDefault="000647A5" w:rsidP="00EC187C">
            <w:pPr>
              <w:pStyle w:val="Body"/>
              <w:rPr>
                <w:b w:val="0"/>
                <w:bCs w:val="0"/>
                <w:lang w:val="el-GR"/>
              </w:rPr>
            </w:pPr>
            <w:r>
              <w:rPr>
                <w:b w:val="0"/>
                <w:bCs w:val="0"/>
                <w:lang w:val="el-GR"/>
              </w:rPr>
              <w:t>(</w:t>
            </w:r>
            <w:r w:rsidRPr="000647A5">
              <w:rPr>
                <w:b w:val="0"/>
                <w:bCs w:val="0"/>
                <w:lang w:val="el-GR"/>
              </w:rPr>
              <w:t xml:space="preserve">Αιτούμενη επιχορήγηση ÷ Αριθμός άμεσων ωφελούμενων </w:t>
            </w:r>
            <w:r>
              <w:rPr>
                <w:b w:val="0"/>
                <w:bCs w:val="0"/>
                <w:lang w:val="el-GR"/>
              </w:rPr>
              <w:t>)</w:t>
            </w:r>
          </w:p>
        </w:tc>
        <w:tc>
          <w:tcPr>
            <w:tcW w:w="5953" w:type="dxa"/>
          </w:tcPr>
          <w:p w14:paraId="28BBC04E" w14:textId="290029ED" w:rsidR="00977B38" w:rsidRPr="000647A5" w:rsidRDefault="00977B38" w:rsidP="00EC187C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  <w:r>
              <w:t>€</w:t>
            </w:r>
          </w:p>
        </w:tc>
      </w:tr>
      <w:tr w:rsidR="00977B38" w:rsidRPr="000647A5" w14:paraId="3756754D" w14:textId="77777777" w:rsidTr="00977B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6DCC073A" w14:textId="4B5016D3" w:rsidR="00977B38" w:rsidRPr="003168A7" w:rsidRDefault="003168A7" w:rsidP="00EC187C">
            <w:pPr>
              <w:pStyle w:val="Body"/>
              <w:rPr>
                <w:b w:val="0"/>
                <w:bCs w:val="0"/>
                <w:lang w:val="el-GR"/>
              </w:rPr>
            </w:pPr>
            <w:r>
              <w:rPr>
                <w:b w:val="0"/>
                <w:bCs w:val="0"/>
                <w:lang w:val="el-GR"/>
              </w:rPr>
              <w:t>Σχετικοί δείκτες αποτελέσματος (Παράρτημα ΙΙ)</w:t>
            </w:r>
          </w:p>
        </w:tc>
        <w:tc>
          <w:tcPr>
            <w:tcW w:w="5953" w:type="dxa"/>
          </w:tcPr>
          <w:p w14:paraId="473E2D23" w14:textId="34B15473" w:rsidR="00977B38" w:rsidRPr="00977B38" w:rsidRDefault="000647A5" w:rsidP="00EC187C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  <w:r>
              <w:rPr>
                <w:lang w:val="el-GR"/>
              </w:rPr>
              <w:t xml:space="preserve">Περιγραφή </w:t>
            </w:r>
            <w:r w:rsidR="000D706C">
              <w:rPr>
                <w:lang w:val="el-GR"/>
              </w:rPr>
              <w:t>δείκτη/</w:t>
            </w:r>
            <w:proofErr w:type="spellStart"/>
            <w:r>
              <w:rPr>
                <w:lang w:val="el-GR"/>
              </w:rPr>
              <w:t>ών</w:t>
            </w:r>
            <w:proofErr w:type="spellEnd"/>
            <w:r>
              <w:rPr>
                <w:lang w:val="el-GR"/>
              </w:rPr>
              <w:t xml:space="preserve"> αποτελέσματος </w:t>
            </w:r>
          </w:p>
        </w:tc>
      </w:tr>
      <w:tr w:rsidR="00977B38" w14:paraId="58860D83" w14:textId="77777777" w:rsidTr="00977B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0ADEDFCC" w14:textId="19D481A4" w:rsidR="00977B38" w:rsidRPr="000647A5" w:rsidRDefault="00977B38" w:rsidP="00EC187C">
            <w:pPr>
              <w:pStyle w:val="Body"/>
              <w:rPr>
                <w:b w:val="0"/>
                <w:bCs w:val="0"/>
                <w:lang w:val="el-GR"/>
              </w:rPr>
            </w:pPr>
            <w:r w:rsidRPr="000647A5">
              <w:rPr>
                <w:b w:val="0"/>
                <w:bCs w:val="0"/>
                <w:lang w:val="el-GR"/>
              </w:rPr>
              <w:t xml:space="preserve">Στόχος μεταβολής </w:t>
            </w:r>
          </w:p>
        </w:tc>
        <w:tc>
          <w:tcPr>
            <w:tcW w:w="5953" w:type="dxa"/>
          </w:tcPr>
          <w:p w14:paraId="233C39E7" w14:textId="12FDFEEA" w:rsidR="00977B38" w:rsidRPr="00977B38" w:rsidRDefault="000647A5" w:rsidP="00EC187C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  <w:r>
              <w:rPr>
                <w:lang w:val="el-GR"/>
              </w:rPr>
              <w:t>%</w:t>
            </w:r>
          </w:p>
        </w:tc>
      </w:tr>
      <w:tr w:rsidR="00977B38" w14:paraId="005B06D7" w14:textId="77777777" w:rsidTr="00977B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29C13614" w14:textId="087E2901" w:rsidR="00977B38" w:rsidRPr="000647A5" w:rsidRDefault="00977B38" w:rsidP="00EC187C">
            <w:pPr>
              <w:pStyle w:val="Body"/>
              <w:rPr>
                <w:b w:val="0"/>
                <w:bCs w:val="0"/>
              </w:rPr>
            </w:pPr>
            <w:proofErr w:type="spellStart"/>
            <w:r w:rsidRPr="000647A5">
              <w:rPr>
                <w:b w:val="0"/>
                <w:bCs w:val="0"/>
              </w:rPr>
              <w:t>Διάρκει</w:t>
            </w:r>
            <w:proofErr w:type="spellEnd"/>
            <w:r w:rsidRPr="000647A5">
              <w:rPr>
                <w:b w:val="0"/>
                <w:bCs w:val="0"/>
              </w:rPr>
              <w:t>α απ</w:t>
            </w:r>
            <w:proofErr w:type="spellStart"/>
            <w:r w:rsidRPr="000647A5">
              <w:rPr>
                <w:b w:val="0"/>
                <w:bCs w:val="0"/>
              </w:rPr>
              <w:t>οτελέσμ</w:t>
            </w:r>
            <w:proofErr w:type="spellEnd"/>
            <w:r w:rsidRPr="000647A5">
              <w:rPr>
                <w:b w:val="0"/>
                <w:bCs w:val="0"/>
              </w:rPr>
              <w:t>ατος</w:t>
            </w:r>
          </w:p>
        </w:tc>
        <w:tc>
          <w:tcPr>
            <w:tcW w:w="5953" w:type="dxa"/>
          </w:tcPr>
          <w:p w14:paraId="74446EC9" w14:textId="69BD01E1" w:rsidR="00977B38" w:rsidRPr="000647A5" w:rsidRDefault="000647A5" w:rsidP="00EC187C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  <w:r>
              <w:rPr>
                <w:lang w:val="el-GR"/>
              </w:rPr>
              <w:t xml:space="preserve">Μήνες </w:t>
            </w:r>
          </w:p>
        </w:tc>
      </w:tr>
      <w:tr w:rsidR="00C47A83" w:rsidRPr="009C499A" w14:paraId="0316D76C" w14:textId="77777777" w:rsidTr="0007677A">
        <w:trPr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Align w:val="center"/>
          </w:tcPr>
          <w:p w14:paraId="023965A6" w14:textId="5D467256" w:rsidR="00C47A83" w:rsidRPr="00C47A83" w:rsidRDefault="00C47A83" w:rsidP="00EC187C">
            <w:pPr>
              <w:pStyle w:val="Body"/>
              <w:rPr>
                <w:b w:val="0"/>
                <w:bCs w:val="0"/>
                <w:lang w:val="el-GR"/>
              </w:rPr>
            </w:pPr>
            <w:r w:rsidRPr="00C47A83">
              <w:rPr>
                <w:b w:val="0"/>
                <w:bCs w:val="0"/>
                <w:lang w:val="el-GR"/>
              </w:rPr>
              <w:t>Αναμενόμενος κοινωνικός αντίκτυπος</w:t>
            </w:r>
          </w:p>
        </w:tc>
        <w:tc>
          <w:tcPr>
            <w:tcW w:w="5953" w:type="dxa"/>
            <w:vAlign w:val="center"/>
          </w:tcPr>
          <w:p w14:paraId="080E2345" w14:textId="77777777" w:rsidR="00C819ED" w:rsidRPr="00C819ED" w:rsidRDefault="00C819ED" w:rsidP="00EC187C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  <w:r w:rsidRPr="00C819ED">
              <w:rPr>
                <w:lang w:val="el-GR"/>
              </w:rPr>
              <w:t>Περιγράψτε ποιοτικά και ποσοτικά τον αναμενόμενο αντίκτυπο.</w:t>
            </w:r>
          </w:p>
          <w:p w14:paraId="6EFD363E" w14:textId="77777777" w:rsidR="00C47A83" w:rsidRDefault="00C47A83" w:rsidP="00EC187C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</w:p>
        </w:tc>
      </w:tr>
    </w:tbl>
    <w:p w14:paraId="01721537" w14:textId="77777777" w:rsidR="00977B38" w:rsidRPr="00977B38" w:rsidRDefault="00977B38" w:rsidP="00977B38">
      <w:pPr>
        <w:pStyle w:val="Body"/>
        <w:spacing w:after="80"/>
        <w:rPr>
          <w:lang w:val="el-GR"/>
        </w:rPr>
      </w:pPr>
    </w:p>
    <w:p w14:paraId="1F14E0DA" w14:textId="4B4247B6" w:rsidR="000647A5" w:rsidRPr="00F14FAB" w:rsidRDefault="000647A5" w:rsidP="000647A5">
      <w:pPr>
        <w:pStyle w:val="Body"/>
        <w:spacing w:after="80"/>
        <w:rPr>
          <w:b/>
          <w:bCs/>
          <w:sz w:val="24"/>
          <w:szCs w:val="28"/>
          <w:lang w:val="el-GR"/>
        </w:rPr>
      </w:pPr>
      <w:r w:rsidRPr="00F14FAB">
        <w:rPr>
          <w:b/>
          <w:bCs/>
          <w:sz w:val="24"/>
          <w:szCs w:val="28"/>
          <w:lang w:val="el-GR"/>
        </w:rPr>
        <w:t xml:space="preserve">Κατευθύνσεις </w:t>
      </w:r>
      <w:r w:rsidR="00A42805" w:rsidRPr="00F14FAB">
        <w:rPr>
          <w:b/>
          <w:bCs/>
          <w:sz w:val="24"/>
          <w:szCs w:val="28"/>
          <w:lang w:val="el-GR"/>
        </w:rPr>
        <w:t>ενσωμάτωσης στο έντυπο υποβολής προσφοράς</w:t>
      </w:r>
    </w:p>
    <w:p w14:paraId="1219AE56" w14:textId="10DE9071" w:rsidR="0006294D" w:rsidRDefault="0006294D" w:rsidP="007C58A4">
      <w:pPr>
        <w:tabs>
          <w:tab w:val="num" w:pos="720"/>
        </w:tabs>
        <w:spacing w:after="0" w:line="240" w:lineRule="auto"/>
        <w:jc w:val="both"/>
        <w:rPr>
          <w:sz w:val="24"/>
          <w:szCs w:val="28"/>
          <w:lang w:val="el-GR"/>
        </w:rPr>
      </w:pPr>
      <w:r w:rsidRPr="0006294D">
        <w:rPr>
          <w:rFonts w:eastAsia="Aptos" w:cs="Times New Roman"/>
          <w:kern w:val="2"/>
          <w:sz w:val="24"/>
          <w:szCs w:val="32"/>
          <w:lang w:val="el-GR" w:eastAsia="en-GB"/>
          <w14:ligatures w14:val="standardContextual"/>
        </w:rPr>
        <w:t xml:space="preserve">Ο αιτητής </w:t>
      </w:r>
      <w:r w:rsidR="00A42805">
        <w:rPr>
          <w:rFonts w:eastAsia="Aptos" w:cs="Times New Roman"/>
          <w:kern w:val="2"/>
          <w:sz w:val="24"/>
          <w:szCs w:val="32"/>
          <w:lang w:val="el-GR" w:eastAsia="en-GB"/>
          <w14:ligatures w14:val="standardContextual"/>
        </w:rPr>
        <w:t xml:space="preserve">κατά την συμπλήρωση του σημείου Ζ3 του εντύπου υποβολής προσφοράς </w:t>
      </w:r>
      <w:r w:rsidRPr="0006294D">
        <w:rPr>
          <w:rFonts w:eastAsia="Aptos" w:cs="Times New Roman"/>
          <w:kern w:val="2"/>
          <w:sz w:val="24"/>
          <w:szCs w:val="32"/>
          <w:lang w:val="el-GR" w:eastAsia="en-GB"/>
          <w14:ligatures w14:val="standardContextual"/>
        </w:rPr>
        <w:t>οφείλει να αιτιολογήσει εάν το κόστος ανά ωφελούμενο θεωρείται εύλογο σε σχέση με το είδος της παρέμβασης, τη διάρκεια, και την ένταση της δράσης. Επίσης, ο αιτητής πρέπει να περιγράψει ποια συγκεκριμένη αλλαγή αναμένεται να προκύψει, πώς θα μετρηθεί, και ποια είναι η αναμενόμενη ποσοτική μεταβολή (π.χ. % αύξηση γνώσης, % βελτίωση κατανόησης κινδύνου, Αριθμός συμμετεχόντων που θα παραπεμφθούν σε υπηρεσίες υποστήριξης). Πέραν τούτου, ο</w:t>
      </w:r>
      <w:r w:rsidRPr="0006294D">
        <w:rPr>
          <w:sz w:val="24"/>
          <w:szCs w:val="28"/>
          <w:lang w:val="el-GR"/>
        </w:rPr>
        <w:t xml:space="preserve"> αιτητής πρέπει να τεκμηριώσει εάν το αποτέλεσμα θα συνεχιστεί μετά τη λήξη της χρηματοδότησης, εάν το παραγόμενο υλικό μπορεί να επαναχρησιμοποιηθεί, και εάν δημιουργείται μόνιμη δομή ή δεξιότητα. </w:t>
      </w:r>
    </w:p>
    <w:p w14:paraId="304543F7" w14:textId="737AF151" w:rsidR="0006294D" w:rsidRDefault="00FB01D6" w:rsidP="0007677A">
      <w:pPr>
        <w:tabs>
          <w:tab w:val="num" w:pos="720"/>
        </w:tabs>
        <w:spacing w:before="240" w:after="0" w:line="240" w:lineRule="auto"/>
        <w:jc w:val="both"/>
        <w:rPr>
          <w:sz w:val="24"/>
          <w:szCs w:val="28"/>
          <w:lang w:val="el-GR"/>
        </w:rPr>
      </w:pPr>
      <w:r w:rsidRPr="00FB01D6">
        <w:rPr>
          <w:sz w:val="24"/>
          <w:szCs w:val="28"/>
          <w:lang w:val="el-GR"/>
        </w:rPr>
        <w:t xml:space="preserve">Η Επιτροπή Αξιολόγησης θεωρεί υψηλής αποδοτικότητας έργα όσα παρουσιάζουν ρεαλιστική σχέση κόστους–αποτελέσματος, σαφείς και μετρήσιμους δείκτες, διατηρήσιμα ή επαναχρησιμοποιήσιμα αποτελέσματα και περιορισμένα, επαρκώς αιτιολογημένα διοικητικά κόστη. </w:t>
      </w:r>
    </w:p>
    <w:p w14:paraId="0BC57EE2" w14:textId="03261E6B" w:rsidR="00813DAD" w:rsidRDefault="00813DAD" w:rsidP="005E06AA">
      <w:pPr>
        <w:pStyle w:val="Heading1"/>
        <w:spacing w:line="240" w:lineRule="auto"/>
        <w:rPr>
          <w:color w:val="auto"/>
          <w:sz w:val="27"/>
          <w:lang w:val="el-GR"/>
        </w:rPr>
      </w:pPr>
      <w:bookmarkStart w:id="14" w:name="_Toc226441484"/>
      <w:r w:rsidRPr="003175FE">
        <w:rPr>
          <w:color w:val="auto"/>
          <w:sz w:val="27"/>
          <w:lang w:val="el-GR"/>
        </w:rPr>
        <w:lastRenderedPageBreak/>
        <w:t xml:space="preserve">ΠΑΡΑΡΤΗΜΑ </w:t>
      </w:r>
      <w:r w:rsidRPr="003175FE">
        <w:rPr>
          <w:color w:val="auto"/>
          <w:sz w:val="27"/>
        </w:rPr>
        <w:t>IV</w:t>
      </w:r>
      <w:r w:rsidRPr="003175FE">
        <w:rPr>
          <w:color w:val="auto"/>
          <w:sz w:val="27"/>
          <w:lang w:val="el-GR"/>
        </w:rPr>
        <w:t xml:space="preserve"> – Υπόδειγμα </w:t>
      </w:r>
      <w:r w:rsidR="001B487A">
        <w:rPr>
          <w:color w:val="auto"/>
          <w:sz w:val="27"/>
          <w:lang w:val="el-GR"/>
        </w:rPr>
        <w:t xml:space="preserve">Πίνακα </w:t>
      </w:r>
      <w:r w:rsidRPr="003175FE">
        <w:rPr>
          <w:color w:val="auto"/>
          <w:sz w:val="27"/>
          <w:lang w:val="el-GR"/>
        </w:rPr>
        <w:t>Αναλυτικού Προϋπολογισμού</w:t>
      </w:r>
      <w:bookmarkEnd w:id="14"/>
    </w:p>
    <w:p w14:paraId="35AA768E" w14:textId="1C1FF127" w:rsidR="003168A7" w:rsidRPr="003168A7" w:rsidRDefault="003168A7" w:rsidP="003168A7">
      <w:pPr>
        <w:jc w:val="both"/>
        <w:rPr>
          <w:sz w:val="24"/>
          <w:szCs w:val="28"/>
          <w:lang w:val="el-GR"/>
        </w:rPr>
      </w:pPr>
      <w:r w:rsidRPr="003168A7">
        <w:rPr>
          <w:sz w:val="24"/>
          <w:szCs w:val="28"/>
          <w:lang w:val="el-GR"/>
        </w:rPr>
        <w:t>Ο αιτητής οφείλει να αποτυπώσει κάθε δαπάνη με τρόπο που να καθίσταται σαφής η φύση και η αναγκαιότητά της, η σύνδεσή της με συγκεκριμένη δραστηριότητα ή παραδοτέο, η χρονική περίοδος στην οποία αντιστοιχεί, καθώς και το συνολικό σχετικό κόστος.</w:t>
      </w:r>
      <w:r>
        <w:rPr>
          <w:sz w:val="24"/>
          <w:szCs w:val="28"/>
          <w:lang w:val="el-GR"/>
        </w:rPr>
        <w:t xml:space="preserve"> </w:t>
      </w:r>
      <w:r w:rsidRPr="003168A7">
        <w:rPr>
          <w:sz w:val="24"/>
          <w:szCs w:val="28"/>
          <w:lang w:val="el-GR"/>
        </w:rPr>
        <w:t>Οι δαπάνες διοικητικής υποστήριξης πρέπει να επισημαίνονται διακριτά για σκοπούς ελέγχου του ορίου του 20%</w:t>
      </w:r>
    </w:p>
    <w:tbl>
      <w:tblPr>
        <w:tblStyle w:val="GridTable2"/>
        <w:tblW w:w="5000" w:type="pct"/>
        <w:tblLook w:val="04A0" w:firstRow="1" w:lastRow="0" w:firstColumn="1" w:lastColumn="0" w:noHBand="0" w:noVBand="1"/>
      </w:tblPr>
      <w:tblGrid>
        <w:gridCol w:w="2342"/>
        <w:gridCol w:w="2530"/>
        <w:gridCol w:w="2580"/>
        <w:gridCol w:w="1255"/>
        <w:gridCol w:w="1255"/>
      </w:tblGrid>
      <w:tr w:rsidR="003168A7" w14:paraId="5995A735" w14:textId="522D2587" w:rsidTr="003168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pct"/>
          </w:tcPr>
          <w:p w14:paraId="32A16032" w14:textId="03D8E01D" w:rsidR="003168A7" w:rsidRDefault="003168A7" w:rsidP="005E06AA">
            <w:pPr>
              <w:jc w:val="center"/>
            </w:pPr>
            <w:r>
              <w:t>Κα</w:t>
            </w:r>
            <w:proofErr w:type="spellStart"/>
            <w:r>
              <w:t>τηγορί</w:t>
            </w:r>
            <w:proofErr w:type="spellEnd"/>
            <w:r>
              <w:t>α δαπ</w:t>
            </w:r>
            <w:proofErr w:type="spellStart"/>
            <w:r>
              <w:t>άνης</w:t>
            </w:r>
            <w:proofErr w:type="spellEnd"/>
          </w:p>
        </w:tc>
        <w:tc>
          <w:tcPr>
            <w:tcW w:w="1270" w:type="pct"/>
          </w:tcPr>
          <w:p w14:paraId="79382580" w14:textId="3A928CA6" w:rsidR="003168A7" w:rsidRDefault="003168A7" w:rsidP="005E06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el-GR"/>
              </w:rPr>
              <w:t>Περιγραφή/αιτιολόγηση</w:t>
            </w:r>
          </w:p>
        </w:tc>
        <w:tc>
          <w:tcPr>
            <w:tcW w:w="1295" w:type="pct"/>
          </w:tcPr>
          <w:p w14:paraId="7A0398CE" w14:textId="1CD78C5D" w:rsidR="003168A7" w:rsidRPr="003168A7" w:rsidRDefault="003168A7" w:rsidP="005E06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  <w:r>
              <w:rPr>
                <w:lang w:val="el-GR"/>
              </w:rPr>
              <w:t>Συνδεδεμένη δράση</w:t>
            </w:r>
          </w:p>
        </w:tc>
        <w:tc>
          <w:tcPr>
            <w:tcW w:w="630" w:type="pct"/>
          </w:tcPr>
          <w:p w14:paraId="770A1A08" w14:textId="57F893F8" w:rsidR="003168A7" w:rsidRPr="003168A7" w:rsidRDefault="003168A7" w:rsidP="005E06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  <w:r>
              <w:rPr>
                <w:lang w:val="el-GR"/>
              </w:rPr>
              <w:t xml:space="preserve">Χρονική περίοδος </w:t>
            </w:r>
          </w:p>
        </w:tc>
        <w:tc>
          <w:tcPr>
            <w:tcW w:w="630" w:type="pct"/>
          </w:tcPr>
          <w:p w14:paraId="290593D2" w14:textId="5D8141EE" w:rsidR="003168A7" w:rsidRPr="003168A7" w:rsidRDefault="003168A7" w:rsidP="005E06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  <w:r>
              <w:rPr>
                <w:lang w:val="el-GR"/>
              </w:rPr>
              <w:t>Συνολικό κόστος (€)</w:t>
            </w:r>
          </w:p>
        </w:tc>
      </w:tr>
      <w:tr w:rsidR="003168A7" w14:paraId="4614991A" w14:textId="5604A8B8" w:rsidTr="00316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pct"/>
          </w:tcPr>
          <w:p w14:paraId="5D3C714C" w14:textId="3810BEE5" w:rsidR="003168A7" w:rsidRDefault="003168A7" w:rsidP="006676C6">
            <w:r>
              <w:t xml:space="preserve"> </w:t>
            </w:r>
          </w:p>
        </w:tc>
        <w:tc>
          <w:tcPr>
            <w:tcW w:w="1270" w:type="pct"/>
          </w:tcPr>
          <w:p w14:paraId="2FCA84B7" w14:textId="77777777" w:rsidR="003168A7" w:rsidRDefault="003168A7" w:rsidP="006676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1295" w:type="pct"/>
          </w:tcPr>
          <w:p w14:paraId="07523D2C" w14:textId="77777777" w:rsidR="003168A7" w:rsidRDefault="003168A7" w:rsidP="006676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630" w:type="pct"/>
          </w:tcPr>
          <w:p w14:paraId="7901688B" w14:textId="77777777" w:rsidR="003168A7" w:rsidRDefault="003168A7" w:rsidP="006676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630" w:type="pct"/>
          </w:tcPr>
          <w:p w14:paraId="0BC974FC" w14:textId="77777777" w:rsidR="003168A7" w:rsidRDefault="003168A7" w:rsidP="006676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168A7" w14:paraId="04A90139" w14:textId="4A99AEBA" w:rsidTr="00316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pct"/>
          </w:tcPr>
          <w:p w14:paraId="1F4256FC" w14:textId="1F17B06B" w:rsidR="003168A7" w:rsidRDefault="003168A7" w:rsidP="006676C6">
            <w:r>
              <w:t xml:space="preserve"> </w:t>
            </w:r>
          </w:p>
        </w:tc>
        <w:tc>
          <w:tcPr>
            <w:tcW w:w="1270" w:type="pct"/>
          </w:tcPr>
          <w:p w14:paraId="2A808341" w14:textId="77777777" w:rsidR="003168A7" w:rsidRDefault="003168A7" w:rsidP="006676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1295" w:type="pct"/>
          </w:tcPr>
          <w:p w14:paraId="1F383054" w14:textId="77777777" w:rsidR="003168A7" w:rsidRDefault="003168A7" w:rsidP="006676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630" w:type="pct"/>
          </w:tcPr>
          <w:p w14:paraId="49A2C694" w14:textId="77777777" w:rsidR="003168A7" w:rsidRDefault="003168A7" w:rsidP="006676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630" w:type="pct"/>
          </w:tcPr>
          <w:p w14:paraId="04D104D8" w14:textId="77777777" w:rsidR="003168A7" w:rsidRDefault="003168A7" w:rsidP="006676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168A7" w14:paraId="0AF84C67" w14:textId="61B37BD4" w:rsidTr="00316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pct"/>
          </w:tcPr>
          <w:p w14:paraId="62A098EF" w14:textId="6F1E2273" w:rsidR="003168A7" w:rsidRDefault="003168A7" w:rsidP="006676C6">
            <w:r>
              <w:t xml:space="preserve"> </w:t>
            </w:r>
          </w:p>
        </w:tc>
        <w:tc>
          <w:tcPr>
            <w:tcW w:w="1270" w:type="pct"/>
          </w:tcPr>
          <w:p w14:paraId="1F50AF0F" w14:textId="77777777" w:rsidR="003168A7" w:rsidRDefault="003168A7" w:rsidP="006676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1295" w:type="pct"/>
          </w:tcPr>
          <w:p w14:paraId="7558956F" w14:textId="77777777" w:rsidR="003168A7" w:rsidRDefault="003168A7" w:rsidP="006676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630" w:type="pct"/>
          </w:tcPr>
          <w:p w14:paraId="6269ABFF" w14:textId="77777777" w:rsidR="003168A7" w:rsidRDefault="003168A7" w:rsidP="006676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630" w:type="pct"/>
          </w:tcPr>
          <w:p w14:paraId="3DA2580C" w14:textId="77777777" w:rsidR="003168A7" w:rsidRDefault="003168A7" w:rsidP="006676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168A7" w14:paraId="5F9AD6FB" w14:textId="18188AA5" w:rsidTr="00316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pct"/>
          </w:tcPr>
          <w:p w14:paraId="7297BB12" w14:textId="4BFDA396" w:rsidR="003168A7" w:rsidRDefault="003168A7" w:rsidP="006676C6">
            <w:r>
              <w:t xml:space="preserve"> </w:t>
            </w:r>
          </w:p>
        </w:tc>
        <w:tc>
          <w:tcPr>
            <w:tcW w:w="1270" w:type="pct"/>
          </w:tcPr>
          <w:p w14:paraId="44BC6753" w14:textId="77777777" w:rsidR="003168A7" w:rsidRDefault="003168A7" w:rsidP="006676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1295" w:type="pct"/>
          </w:tcPr>
          <w:p w14:paraId="0AD4C39B" w14:textId="77777777" w:rsidR="003168A7" w:rsidRDefault="003168A7" w:rsidP="006676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630" w:type="pct"/>
          </w:tcPr>
          <w:p w14:paraId="1F60CCBB" w14:textId="77777777" w:rsidR="003168A7" w:rsidRDefault="003168A7" w:rsidP="006676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630" w:type="pct"/>
          </w:tcPr>
          <w:p w14:paraId="008B9DF5" w14:textId="77777777" w:rsidR="003168A7" w:rsidRDefault="003168A7" w:rsidP="006676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168A7" w14:paraId="7397F2BE" w14:textId="07377475" w:rsidTr="00316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pct"/>
          </w:tcPr>
          <w:p w14:paraId="52364C1A" w14:textId="40C2EC72" w:rsidR="003168A7" w:rsidRDefault="003168A7" w:rsidP="006676C6">
            <w:r>
              <w:t xml:space="preserve"> </w:t>
            </w:r>
          </w:p>
        </w:tc>
        <w:tc>
          <w:tcPr>
            <w:tcW w:w="1270" w:type="pct"/>
          </w:tcPr>
          <w:p w14:paraId="41BB02E9" w14:textId="77777777" w:rsidR="003168A7" w:rsidRDefault="003168A7" w:rsidP="006676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1295" w:type="pct"/>
          </w:tcPr>
          <w:p w14:paraId="3E6B732B" w14:textId="77777777" w:rsidR="003168A7" w:rsidRDefault="003168A7" w:rsidP="006676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630" w:type="pct"/>
          </w:tcPr>
          <w:p w14:paraId="3B2E203F" w14:textId="77777777" w:rsidR="003168A7" w:rsidRDefault="003168A7" w:rsidP="006676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630" w:type="pct"/>
          </w:tcPr>
          <w:p w14:paraId="757B65AC" w14:textId="77777777" w:rsidR="003168A7" w:rsidRDefault="003168A7" w:rsidP="006676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168A7" w14:paraId="074F3C76" w14:textId="19F87388" w:rsidTr="00316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pct"/>
          </w:tcPr>
          <w:p w14:paraId="27484568" w14:textId="38C6902B" w:rsidR="003168A7" w:rsidRDefault="003168A7" w:rsidP="006676C6">
            <w:r>
              <w:t xml:space="preserve"> </w:t>
            </w:r>
          </w:p>
        </w:tc>
        <w:tc>
          <w:tcPr>
            <w:tcW w:w="1270" w:type="pct"/>
          </w:tcPr>
          <w:p w14:paraId="57BC86CC" w14:textId="77777777" w:rsidR="003168A7" w:rsidRDefault="003168A7" w:rsidP="006676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1295" w:type="pct"/>
          </w:tcPr>
          <w:p w14:paraId="768C34EB" w14:textId="77777777" w:rsidR="003168A7" w:rsidRDefault="003168A7" w:rsidP="006676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630" w:type="pct"/>
          </w:tcPr>
          <w:p w14:paraId="7BD72263" w14:textId="77777777" w:rsidR="003168A7" w:rsidRDefault="003168A7" w:rsidP="006676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630" w:type="pct"/>
          </w:tcPr>
          <w:p w14:paraId="6B74E3D2" w14:textId="77777777" w:rsidR="003168A7" w:rsidRDefault="003168A7" w:rsidP="006676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168A7" w14:paraId="14007293" w14:textId="7E54F110" w:rsidTr="00316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pct"/>
          </w:tcPr>
          <w:p w14:paraId="05CF1E2A" w14:textId="6B3D46BE" w:rsidR="003168A7" w:rsidRDefault="003168A7" w:rsidP="006676C6">
            <w:r>
              <w:t xml:space="preserve"> </w:t>
            </w:r>
          </w:p>
        </w:tc>
        <w:tc>
          <w:tcPr>
            <w:tcW w:w="1270" w:type="pct"/>
          </w:tcPr>
          <w:p w14:paraId="1AF58F96" w14:textId="77777777" w:rsidR="003168A7" w:rsidRDefault="003168A7" w:rsidP="006676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1295" w:type="pct"/>
          </w:tcPr>
          <w:p w14:paraId="59923798" w14:textId="77777777" w:rsidR="003168A7" w:rsidRDefault="003168A7" w:rsidP="006676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630" w:type="pct"/>
          </w:tcPr>
          <w:p w14:paraId="596BB4B5" w14:textId="77777777" w:rsidR="003168A7" w:rsidRDefault="003168A7" w:rsidP="006676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630" w:type="pct"/>
          </w:tcPr>
          <w:p w14:paraId="1BB0E3BB" w14:textId="77777777" w:rsidR="003168A7" w:rsidRDefault="003168A7" w:rsidP="006676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168A7" w14:paraId="4DDE278A" w14:textId="6C1D4C94" w:rsidTr="00316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pct"/>
          </w:tcPr>
          <w:p w14:paraId="70383DAD" w14:textId="4914C2C5" w:rsidR="003168A7" w:rsidRDefault="003168A7" w:rsidP="006676C6">
            <w:r>
              <w:t xml:space="preserve"> </w:t>
            </w:r>
          </w:p>
        </w:tc>
        <w:tc>
          <w:tcPr>
            <w:tcW w:w="1270" w:type="pct"/>
          </w:tcPr>
          <w:p w14:paraId="630D886B" w14:textId="77777777" w:rsidR="003168A7" w:rsidRDefault="003168A7" w:rsidP="006676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1295" w:type="pct"/>
          </w:tcPr>
          <w:p w14:paraId="19374EFC" w14:textId="77777777" w:rsidR="003168A7" w:rsidRDefault="003168A7" w:rsidP="006676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630" w:type="pct"/>
          </w:tcPr>
          <w:p w14:paraId="79DDD26A" w14:textId="77777777" w:rsidR="003168A7" w:rsidRDefault="003168A7" w:rsidP="006676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630" w:type="pct"/>
          </w:tcPr>
          <w:p w14:paraId="3B0FCD31" w14:textId="77777777" w:rsidR="003168A7" w:rsidRDefault="003168A7" w:rsidP="006676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937C041" w14:textId="77777777" w:rsidR="00E32E05" w:rsidRDefault="00E32E05" w:rsidP="00E32E05">
      <w:pPr>
        <w:pStyle w:val="ListBullet"/>
        <w:numPr>
          <w:ilvl w:val="0"/>
          <w:numId w:val="0"/>
        </w:numPr>
        <w:spacing w:after="40" w:line="269" w:lineRule="auto"/>
        <w:ind w:left="360"/>
        <w:rPr>
          <w:lang w:val="el-GR"/>
        </w:rPr>
      </w:pPr>
    </w:p>
    <w:p w14:paraId="5E9FBCDC" w14:textId="2A94601B" w:rsidR="00813DAD" w:rsidRPr="00813DAD" w:rsidRDefault="00813DAD" w:rsidP="005E06AA">
      <w:pPr>
        <w:pStyle w:val="ListBullet"/>
        <w:spacing w:after="40" w:line="240" w:lineRule="auto"/>
        <w:rPr>
          <w:lang w:val="el-GR"/>
        </w:rPr>
      </w:pPr>
      <w:r w:rsidRPr="00813DAD">
        <w:rPr>
          <w:lang w:val="el-GR"/>
        </w:rPr>
        <w:t>Ενδεικτικές επιλέξιμες κατηγορίες: ανθρώπινο δυναμικό, παραγωγή υλικού, λειτουργικά έξοδα έργου, εξωτερικές υπηρεσίες.</w:t>
      </w:r>
    </w:p>
    <w:p w14:paraId="0D12838C" w14:textId="66F47E8C" w:rsidR="00D410E0" w:rsidRPr="0007677A" w:rsidRDefault="00813DAD" w:rsidP="005E06AA">
      <w:pPr>
        <w:pStyle w:val="ListBullet"/>
        <w:spacing w:after="40" w:line="240" w:lineRule="auto"/>
        <w:rPr>
          <w:lang w:val="el-GR"/>
        </w:rPr>
      </w:pPr>
      <w:r w:rsidRPr="00813DAD">
        <w:rPr>
          <w:lang w:val="el-GR"/>
        </w:rPr>
        <w:t xml:space="preserve">Μη επιλέξιμες κατηγορίες: </w:t>
      </w:r>
      <w:r w:rsidR="00063147" w:rsidRPr="00063147">
        <w:rPr>
          <w:lang w:val="el-GR"/>
        </w:rPr>
        <w:t xml:space="preserve">γενικά λειτουργικά ή/και διοικητικά έξοδα μη συνδεδεμένα με το έργο, αγορά παγίων γενικής χρήσης, αμοιβές διοικητικού συμβουλίου, έξοδα φιλοξενίας πολυτελείας, δαπάνες που σχετίζονται με πολιτικές ή κομματικές δραστηριότητες, δραστηριότητες προβολής </w:t>
      </w:r>
      <w:proofErr w:type="spellStart"/>
      <w:r w:rsidR="00063147" w:rsidRPr="00063147">
        <w:rPr>
          <w:lang w:val="el-GR"/>
        </w:rPr>
        <w:t>παρόχων</w:t>
      </w:r>
      <w:proofErr w:type="spellEnd"/>
      <w:r w:rsidR="00063147" w:rsidRPr="00063147">
        <w:rPr>
          <w:lang w:val="el-GR"/>
        </w:rPr>
        <w:t xml:space="preserve"> τυχερών παιχνιδιών.</w:t>
      </w:r>
    </w:p>
    <w:p w14:paraId="55B29D3A" w14:textId="77777777" w:rsidR="00813DAD" w:rsidRPr="00C201B3" w:rsidRDefault="00813DAD" w:rsidP="005E06AA">
      <w:pPr>
        <w:pStyle w:val="Heading1"/>
        <w:spacing w:line="240" w:lineRule="auto"/>
        <w:rPr>
          <w:color w:val="auto"/>
          <w:lang w:val="el-GR"/>
        </w:rPr>
      </w:pPr>
      <w:bookmarkStart w:id="15" w:name="_Toc226441485"/>
      <w:r w:rsidRPr="00C201B3">
        <w:rPr>
          <w:color w:val="auto"/>
          <w:sz w:val="27"/>
          <w:lang w:val="el-GR"/>
        </w:rPr>
        <w:t xml:space="preserve">ΠΑΡΑΡΤΗΜΑ </w:t>
      </w:r>
      <w:r w:rsidRPr="00C201B3">
        <w:rPr>
          <w:color w:val="auto"/>
          <w:sz w:val="27"/>
        </w:rPr>
        <w:t>V</w:t>
      </w:r>
      <w:r w:rsidRPr="00C201B3">
        <w:rPr>
          <w:color w:val="auto"/>
          <w:sz w:val="27"/>
          <w:lang w:val="el-GR"/>
        </w:rPr>
        <w:t xml:space="preserve"> – Δήλωση Μη Σύγκρουσης Συμφερόντων και Συμμόρφωσης</w:t>
      </w:r>
      <w:bookmarkEnd w:id="15"/>
    </w:p>
    <w:p w14:paraId="08E5E6F4" w14:textId="39FCAE05" w:rsidR="00813DAD" w:rsidRDefault="00813DAD" w:rsidP="005E06AA">
      <w:pPr>
        <w:pStyle w:val="Body"/>
        <w:spacing w:after="80" w:line="240" w:lineRule="auto"/>
        <w:rPr>
          <w:lang w:val="el-GR"/>
        </w:rPr>
      </w:pPr>
      <w:r w:rsidRPr="00813DAD">
        <w:rPr>
          <w:lang w:val="el-GR"/>
        </w:rPr>
        <w:t>Ο/Η κάτωθι υπογεγραμμένος/η __________________________________________</w:t>
      </w:r>
      <w:r w:rsidR="0058584A">
        <w:rPr>
          <w:lang w:val="el-GR"/>
        </w:rPr>
        <w:t>________</w:t>
      </w:r>
      <w:r w:rsidRPr="00813DAD">
        <w:rPr>
          <w:lang w:val="el-GR"/>
        </w:rPr>
        <w:t>,</w:t>
      </w:r>
      <w:r w:rsidR="0058584A">
        <w:rPr>
          <w:lang w:val="el-GR"/>
        </w:rPr>
        <w:t xml:space="preserve"> </w:t>
      </w:r>
      <w:r w:rsidRPr="00813DAD">
        <w:rPr>
          <w:lang w:val="el-GR"/>
        </w:rPr>
        <w:t>εκπροσωπώντας τον φορέα ________________________________________________</w:t>
      </w:r>
      <w:r w:rsidR="0058584A">
        <w:rPr>
          <w:lang w:val="el-GR"/>
        </w:rPr>
        <w:t>_______________________</w:t>
      </w:r>
      <w:r w:rsidRPr="00813DAD">
        <w:rPr>
          <w:lang w:val="el-GR"/>
        </w:rPr>
        <w:t>,</w:t>
      </w:r>
      <w:r w:rsidR="0058584A">
        <w:rPr>
          <w:lang w:val="el-GR"/>
        </w:rPr>
        <w:t xml:space="preserve"> </w:t>
      </w:r>
      <w:r w:rsidRPr="00813DAD">
        <w:rPr>
          <w:lang w:val="el-GR"/>
        </w:rPr>
        <w:t>δηλώνω υπεύθυνα ότι:</w:t>
      </w:r>
    </w:p>
    <w:p w14:paraId="51FB3B98" w14:textId="6407652A" w:rsidR="00C201B3" w:rsidRDefault="00C201B3" w:rsidP="00C201B3">
      <w:pPr>
        <w:pStyle w:val="Body"/>
        <w:numPr>
          <w:ilvl w:val="0"/>
          <w:numId w:val="29"/>
        </w:numPr>
        <w:spacing w:after="80"/>
        <w:rPr>
          <w:lang w:val="el-GR"/>
        </w:rPr>
      </w:pPr>
      <w:r w:rsidRPr="00C201B3">
        <w:rPr>
          <w:lang w:val="el-GR"/>
        </w:rPr>
        <w:t xml:space="preserve">Ο φορέας δεν τελεί σε άμεση ή έμμεση εμπορική σχέση με </w:t>
      </w:r>
      <w:r>
        <w:rPr>
          <w:lang w:val="el-GR"/>
        </w:rPr>
        <w:t xml:space="preserve">οποιανδήποτε πάροχο προϊόντων τυχερού παιχνιδιού. </w:t>
      </w:r>
    </w:p>
    <w:p w14:paraId="23440A5C" w14:textId="06E3C2A8" w:rsidR="00C201B3" w:rsidRDefault="00C201B3" w:rsidP="00C201B3">
      <w:pPr>
        <w:pStyle w:val="Body"/>
        <w:numPr>
          <w:ilvl w:val="0"/>
          <w:numId w:val="29"/>
        </w:numPr>
        <w:spacing w:after="80"/>
        <w:rPr>
          <w:lang w:val="el-GR"/>
        </w:rPr>
      </w:pPr>
      <w:r w:rsidRPr="00C201B3">
        <w:rPr>
          <w:lang w:val="el-GR"/>
        </w:rPr>
        <w:t>Δεν υφίσταται σύγκρουση συμφερόντων μεταξύ του φορέα και της ΑΠΕΚ</w:t>
      </w:r>
    </w:p>
    <w:p w14:paraId="61BF7388" w14:textId="57EF959D" w:rsidR="00C201B3" w:rsidRDefault="00C201B3" w:rsidP="00C201B3">
      <w:pPr>
        <w:pStyle w:val="Body"/>
        <w:numPr>
          <w:ilvl w:val="0"/>
          <w:numId w:val="29"/>
        </w:numPr>
        <w:spacing w:after="80"/>
        <w:rPr>
          <w:lang w:val="el-GR"/>
        </w:rPr>
      </w:pPr>
      <w:r w:rsidRPr="00C201B3">
        <w:rPr>
          <w:lang w:val="el-GR"/>
        </w:rPr>
        <w:t>Κανένα μέλος της διοίκησης του φορέα δεν έχει οικονομικό ή επαγγελματικό συμφέρον που δύναται να επηρεάσει την αντικειμενικότητα της πρότασης</w:t>
      </w:r>
    </w:p>
    <w:p w14:paraId="1C2B0158" w14:textId="5269A2DF" w:rsidR="00C201B3" w:rsidRDefault="00C201B3" w:rsidP="00C201B3">
      <w:pPr>
        <w:pStyle w:val="ListParagraph"/>
        <w:numPr>
          <w:ilvl w:val="0"/>
          <w:numId w:val="29"/>
        </w:numPr>
        <w:rPr>
          <w:lang w:val="el-GR"/>
        </w:rPr>
      </w:pPr>
      <w:r w:rsidRPr="00C201B3">
        <w:rPr>
          <w:lang w:val="el-GR"/>
        </w:rPr>
        <w:t xml:space="preserve">Η επιχορήγηση δεν θα χρησιμοποιηθεί για εμπορική ή διαφημιστική προβολή οποιουδήποτε παρόχου </w:t>
      </w:r>
      <w:r>
        <w:rPr>
          <w:lang w:val="el-GR"/>
        </w:rPr>
        <w:t>προϊόντων τυχερού παιγνίου</w:t>
      </w:r>
    </w:p>
    <w:p w14:paraId="0FF838B2" w14:textId="3692C401" w:rsidR="00C201B3" w:rsidRDefault="00C201B3" w:rsidP="00C201B3">
      <w:pPr>
        <w:pStyle w:val="ListParagraph"/>
        <w:numPr>
          <w:ilvl w:val="0"/>
          <w:numId w:val="29"/>
        </w:numPr>
        <w:spacing w:after="80"/>
        <w:rPr>
          <w:lang w:val="el-GR"/>
        </w:rPr>
      </w:pPr>
      <w:r w:rsidRPr="00C201B3">
        <w:rPr>
          <w:lang w:val="el-GR"/>
        </w:rPr>
        <w:t>Τα υποβαλλόμενα στοιχεία είναι αληθή και ακριβή</w:t>
      </w:r>
    </w:p>
    <w:p w14:paraId="301BDC33" w14:textId="77777777" w:rsidR="0058584A" w:rsidRPr="00C201B3" w:rsidRDefault="0058584A" w:rsidP="0058584A">
      <w:pPr>
        <w:pStyle w:val="ListParagraph"/>
        <w:spacing w:after="80"/>
        <w:rPr>
          <w:lang w:val="el-GR"/>
        </w:rPr>
      </w:pPr>
    </w:p>
    <w:p w14:paraId="5B790137" w14:textId="541B096D" w:rsidR="00813DAD" w:rsidRPr="00C201B3" w:rsidRDefault="00813DAD" w:rsidP="006676C6">
      <w:pPr>
        <w:pStyle w:val="Body"/>
        <w:spacing w:line="240" w:lineRule="auto"/>
        <w:rPr>
          <w:bCs/>
          <w:lang w:val="el-GR"/>
        </w:rPr>
      </w:pPr>
      <w:r w:rsidRPr="00C201B3">
        <w:rPr>
          <w:bCs/>
          <w:lang w:val="el-GR"/>
        </w:rPr>
        <w:t>Ημερομηνία: ______________________________</w:t>
      </w:r>
      <w:r w:rsidR="0058584A">
        <w:rPr>
          <w:bCs/>
          <w:lang w:val="el-GR"/>
        </w:rPr>
        <w:t>____________</w:t>
      </w:r>
    </w:p>
    <w:p w14:paraId="4C3080CF" w14:textId="3CB7D03C" w:rsidR="00813DAD" w:rsidRPr="00C201B3" w:rsidRDefault="00813DAD" w:rsidP="006676C6">
      <w:pPr>
        <w:pStyle w:val="Body"/>
        <w:spacing w:line="240" w:lineRule="auto"/>
        <w:rPr>
          <w:bCs/>
          <w:lang w:val="el-GR"/>
        </w:rPr>
      </w:pPr>
      <w:r w:rsidRPr="00C201B3">
        <w:rPr>
          <w:bCs/>
          <w:lang w:val="el-GR"/>
        </w:rPr>
        <w:t>Ονοματεπώνυμο: ______________________________</w:t>
      </w:r>
      <w:r w:rsidR="0058584A">
        <w:rPr>
          <w:bCs/>
          <w:lang w:val="el-GR"/>
        </w:rPr>
        <w:t>________</w:t>
      </w:r>
    </w:p>
    <w:p w14:paraId="7BCA5944" w14:textId="6555E9BA" w:rsidR="00813DAD" w:rsidRPr="00C201B3" w:rsidRDefault="00813DAD" w:rsidP="006676C6">
      <w:pPr>
        <w:pStyle w:val="Body"/>
        <w:spacing w:line="240" w:lineRule="auto"/>
        <w:rPr>
          <w:bCs/>
          <w:lang w:val="el-GR"/>
        </w:rPr>
      </w:pPr>
      <w:r w:rsidRPr="00C201B3">
        <w:rPr>
          <w:bCs/>
          <w:lang w:val="el-GR"/>
        </w:rPr>
        <w:t>Θέση: ______________________________</w:t>
      </w:r>
      <w:r w:rsidR="0058584A">
        <w:rPr>
          <w:bCs/>
          <w:lang w:val="el-GR"/>
        </w:rPr>
        <w:t>___________________</w:t>
      </w:r>
    </w:p>
    <w:p w14:paraId="1CCF7E44" w14:textId="5BA75CFD" w:rsidR="00813DAD" w:rsidRDefault="00813DAD" w:rsidP="006676C6">
      <w:pPr>
        <w:pStyle w:val="Body"/>
        <w:spacing w:line="240" w:lineRule="auto"/>
        <w:rPr>
          <w:bCs/>
          <w:lang w:val="el-GR"/>
        </w:rPr>
      </w:pPr>
      <w:r w:rsidRPr="00C201B3">
        <w:rPr>
          <w:bCs/>
          <w:lang w:val="el-GR"/>
        </w:rPr>
        <w:t>Υπογραφή: ______________________________</w:t>
      </w:r>
      <w:r w:rsidR="0058584A">
        <w:rPr>
          <w:bCs/>
          <w:lang w:val="el-GR"/>
        </w:rPr>
        <w:t>______________</w:t>
      </w:r>
    </w:p>
    <w:sectPr w:rsidR="00813DAD" w:rsidSect="00846D7F">
      <w:headerReference w:type="default" r:id="rId8"/>
      <w:footerReference w:type="default" r:id="rId9"/>
      <w:pgSz w:w="12240" w:h="15840"/>
      <w:pgMar w:top="1191" w:right="1247" w:bottom="1077" w:left="1247" w:header="283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F645F" w14:textId="77777777" w:rsidR="001A1021" w:rsidRDefault="001A1021">
      <w:pPr>
        <w:spacing w:after="0" w:line="240" w:lineRule="auto"/>
      </w:pPr>
      <w:r>
        <w:separator/>
      </w:r>
    </w:p>
  </w:endnote>
  <w:endnote w:type="continuationSeparator" w:id="0">
    <w:p w14:paraId="0E7FB453" w14:textId="77777777" w:rsidR="001A1021" w:rsidRDefault="001A1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9F7C4" w14:textId="151843EF" w:rsidR="00E347B2" w:rsidRPr="00846D7F" w:rsidRDefault="00846D7F">
    <w:pPr>
      <w:pStyle w:val="Footer"/>
      <w:jc w:val="right"/>
      <w:rPr>
        <w:lang w:val="el-GR"/>
      </w:rPr>
    </w:pPr>
    <w:r>
      <w:rPr>
        <w:lang w:val="el-GR"/>
      </w:rPr>
      <w:t>Σελίδα</w:t>
    </w:r>
    <w: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</w:t>
    </w:r>
    <w:r>
      <w:rPr>
        <w:lang w:val="el-GR"/>
      </w:rPr>
      <w:t>από</w:t>
    </w:r>
    <w: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B1425" w14:textId="77777777" w:rsidR="001A1021" w:rsidRDefault="001A1021">
      <w:pPr>
        <w:spacing w:after="0" w:line="240" w:lineRule="auto"/>
      </w:pPr>
      <w:r>
        <w:separator/>
      </w:r>
    </w:p>
  </w:footnote>
  <w:footnote w:type="continuationSeparator" w:id="0">
    <w:p w14:paraId="3BA669C2" w14:textId="77777777" w:rsidR="001A1021" w:rsidRDefault="001A1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9111A" w14:textId="4E4A7B60" w:rsidR="004541CA" w:rsidRDefault="004541CA">
    <w:pPr>
      <w:pStyle w:val="Header"/>
    </w:pPr>
    <w:r>
      <w:rPr>
        <w:noProof/>
      </w:rPr>
      <w:drawing>
        <wp:inline distT="0" distB="0" distL="0" distR="0" wp14:anchorId="34CAF162" wp14:editId="15338020">
          <wp:extent cx="874835" cy="914400"/>
          <wp:effectExtent l="0" t="0" r="1905" b="0"/>
          <wp:docPr id="115117922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4530549" name="Picture 7745305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0877" cy="920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5EF857" w14:textId="77777777" w:rsidR="004541CA" w:rsidRDefault="004541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9794AAC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BDC482F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B72358"/>
    <w:multiLevelType w:val="multilevel"/>
    <w:tmpl w:val="5F92E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142612E"/>
    <w:multiLevelType w:val="hybridMultilevel"/>
    <w:tmpl w:val="EFCAB72A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1734796"/>
    <w:multiLevelType w:val="hybridMultilevel"/>
    <w:tmpl w:val="2C90F544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02396B4B"/>
    <w:multiLevelType w:val="multilevel"/>
    <w:tmpl w:val="BB22B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37A1862"/>
    <w:multiLevelType w:val="hybridMultilevel"/>
    <w:tmpl w:val="5E0E9EF2"/>
    <w:lvl w:ilvl="0" w:tplc="5BFC2BE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885CA0"/>
    <w:multiLevelType w:val="hybridMultilevel"/>
    <w:tmpl w:val="4BF67AE4"/>
    <w:lvl w:ilvl="0" w:tplc="5BFC2BE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177C90"/>
    <w:multiLevelType w:val="hybridMultilevel"/>
    <w:tmpl w:val="D3AC0BCA"/>
    <w:lvl w:ilvl="0" w:tplc="5BFC2BE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701B91"/>
    <w:multiLevelType w:val="hybridMultilevel"/>
    <w:tmpl w:val="71AC4C0E"/>
    <w:lvl w:ilvl="0" w:tplc="5BFC2BE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0E3C88"/>
    <w:multiLevelType w:val="multilevel"/>
    <w:tmpl w:val="ADBEC94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90507C3"/>
    <w:multiLevelType w:val="hybridMultilevel"/>
    <w:tmpl w:val="D4FA14DC"/>
    <w:lvl w:ilvl="0" w:tplc="5BFC2BE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017E04"/>
    <w:multiLevelType w:val="multilevel"/>
    <w:tmpl w:val="6E0C4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90E26E9"/>
    <w:multiLevelType w:val="multilevel"/>
    <w:tmpl w:val="E510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0F42D2F"/>
    <w:multiLevelType w:val="hybridMultilevel"/>
    <w:tmpl w:val="33BE7B5A"/>
    <w:lvl w:ilvl="0" w:tplc="5BFC2BE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EF5DFE"/>
    <w:multiLevelType w:val="hybridMultilevel"/>
    <w:tmpl w:val="27D2F8C8"/>
    <w:lvl w:ilvl="0" w:tplc="5BFC2BE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BB4D3C"/>
    <w:multiLevelType w:val="hybridMultilevel"/>
    <w:tmpl w:val="AFB2D1B0"/>
    <w:lvl w:ilvl="0" w:tplc="5BFC2BE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8090013">
      <w:start w:val="1"/>
      <w:numFmt w:val="upp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2E3777"/>
    <w:multiLevelType w:val="multilevel"/>
    <w:tmpl w:val="3A3A4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90E1F44"/>
    <w:multiLevelType w:val="hybridMultilevel"/>
    <w:tmpl w:val="59E29086"/>
    <w:lvl w:ilvl="0" w:tplc="5BFC2BE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5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8" w:hanging="360"/>
      </w:pPr>
    </w:lvl>
    <w:lvl w:ilvl="2" w:tplc="0809001B" w:tentative="1">
      <w:start w:val="1"/>
      <w:numFmt w:val="lowerRoman"/>
      <w:lvlText w:val="%3."/>
      <w:lvlJc w:val="right"/>
      <w:pPr>
        <w:ind w:left="2198" w:hanging="180"/>
      </w:pPr>
    </w:lvl>
    <w:lvl w:ilvl="3" w:tplc="0809000F" w:tentative="1">
      <w:start w:val="1"/>
      <w:numFmt w:val="decimal"/>
      <w:lvlText w:val="%4."/>
      <w:lvlJc w:val="left"/>
      <w:pPr>
        <w:ind w:left="2918" w:hanging="360"/>
      </w:pPr>
    </w:lvl>
    <w:lvl w:ilvl="4" w:tplc="08090019" w:tentative="1">
      <w:start w:val="1"/>
      <w:numFmt w:val="lowerLetter"/>
      <w:lvlText w:val="%5."/>
      <w:lvlJc w:val="left"/>
      <w:pPr>
        <w:ind w:left="3638" w:hanging="360"/>
      </w:pPr>
    </w:lvl>
    <w:lvl w:ilvl="5" w:tplc="0809001B" w:tentative="1">
      <w:start w:val="1"/>
      <w:numFmt w:val="lowerRoman"/>
      <w:lvlText w:val="%6."/>
      <w:lvlJc w:val="right"/>
      <w:pPr>
        <w:ind w:left="4358" w:hanging="180"/>
      </w:pPr>
    </w:lvl>
    <w:lvl w:ilvl="6" w:tplc="0809000F" w:tentative="1">
      <w:start w:val="1"/>
      <w:numFmt w:val="decimal"/>
      <w:lvlText w:val="%7."/>
      <w:lvlJc w:val="left"/>
      <w:pPr>
        <w:ind w:left="5078" w:hanging="360"/>
      </w:pPr>
    </w:lvl>
    <w:lvl w:ilvl="7" w:tplc="08090019" w:tentative="1">
      <w:start w:val="1"/>
      <w:numFmt w:val="lowerLetter"/>
      <w:lvlText w:val="%8."/>
      <w:lvlJc w:val="left"/>
      <w:pPr>
        <w:ind w:left="5798" w:hanging="360"/>
      </w:pPr>
    </w:lvl>
    <w:lvl w:ilvl="8" w:tplc="08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26" w15:restartNumberingAfterBreak="0">
    <w:nsid w:val="3B8F1BC4"/>
    <w:multiLevelType w:val="hybridMultilevel"/>
    <w:tmpl w:val="E5B86F26"/>
    <w:lvl w:ilvl="0" w:tplc="5BFC2BE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A96DB8"/>
    <w:multiLevelType w:val="hybridMultilevel"/>
    <w:tmpl w:val="07942ED0"/>
    <w:lvl w:ilvl="0" w:tplc="5BFC2BE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F358F4"/>
    <w:multiLevelType w:val="hybridMultilevel"/>
    <w:tmpl w:val="B0DC9E40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 w15:restartNumberingAfterBreak="0">
    <w:nsid w:val="42E510EB"/>
    <w:multiLevelType w:val="hybridMultilevel"/>
    <w:tmpl w:val="91E8EAEC"/>
    <w:lvl w:ilvl="0" w:tplc="5BFC2BE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2D4A1D"/>
    <w:multiLevelType w:val="multilevel"/>
    <w:tmpl w:val="22069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9992E7D"/>
    <w:multiLevelType w:val="hybridMultilevel"/>
    <w:tmpl w:val="52805C52"/>
    <w:lvl w:ilvl="0" w:tplc="5BFC2BE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3E5130"/>
    <w:multiLevelType w:val="hybridMultilevel"/>
    <w:tmpl w:val="9D289D80"/>
    <w:lvl w:ilvl="0" w:tplc="5BFC2BE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4A1602"/>
    <w:multiLevelType w:val="hybridMultilevel"/>
    <w:tmpl w:val="0268BC24"/>
    <w:lvl w:ilvl="0" w:tplc="5BFC2BE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0F03ED"/>
    <w:multiLevelType w:val="hybridMultilevel"/>
    <w:tmpl w:val="877C4654"/>
    <w:lvl w:ilvl="0" w:tplc="5BFC2BE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CB02AC"/>
    <w:multiLevelType w:val="multilevel"/>
    <w:tmpl w:val="5C349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0B16221"/>
    <w:multiLevelType w:val="hybridMultilevel"/>
    <w:tmpl w:val="C5F27766"/>
    <w:lvl w:ilvl="0" w:tplc="5BFC2BE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A22838"/>
    <w:multiLevelType w:val="multilevel"/>
    <w:tmpl w:val="4E42D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61A6284"/>
    <w:multiLevelType w:val="hybridMultilevel"/>
    <w:tmpl w:val="377632A2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564E2D27"/>
    <w:multiLevelType w:val="hybridMultilevel"/>
    <w:tmpl w:val="BC78DAD6"/>
    <w:lvl w:ilvl="0" w:tplc="5BFC2BE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530D5E"/>
    <w:multiLevelType w:val="hybridMultilevel"/>
    <w:tmpl w:val="1FD6C126"/>
    <w:lvl w:ilvl="0" w:tplc="5BFC2BE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1B3F16"/>
    <w:multiLevelType w:val="multilevel"/>
    <w:tmpl w:val="E5E40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FEB6AAA"/>
    <w:multiLevelType w:val="hybridMultilevel"/>
    <w:tmpl w:val="6C0C9C7C"/>
    <w:lvl w:ilvl="0" w:tplc="5BFC2BE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C1694B"/>
    <w:multiLevelType w:val="multilevel"/>
    <w:tmpl w:val="5A7C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54E125E"/>
    <w:multiLevelType w:val="hybridMultilevel"/>
    <w:tmpl w:val="A5C89040"/>
    <w:lvl w:ilvl="0" w:tplc="5BFC2BE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AB21CF"/>
    <w:multiLevelType w:val="multilevel"/>
    <w:tmpl w:val="77985F08"/>
    <w:lvl w:ilvl="0">
      <w:start w:val="1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121953026">
    <w:abstractNumId w:val="8"/>
  </w:num>
  <w:num w:numId="2" w16cid:durableId="1815871619">
    <w:abstractNumId w:val="6"/>
  </w:num>
  <w:num w:numId="3" w16cid:durableId="1571034655">
    <w:abstractNumId w:val="5"/>
  </w:num>
  <w:num w:numId="4" w16cid:durableId="406347380">
    <w:abstractNumId w:val="4"/>
  </w:num>
  <w:num w:numId="5" w16cid:durableId="519779913">
    <w:abstractNumId w:val="7"/>
  </w:num>
  <w:num w:numId="6" w16cid:durableId="1070620595">
    <w:abstractNumId w:val="3"/>
  </w:num>
  <w:num w:numId="7" w16cid:durableId="117649484">
    <w:abstractNumId w:val="2"/>
  </w:num>
  <w:num w:numId="8" w16cid:durableId="2130316695">
    <w:abstractNumId w:val="1"/>
  </w:num>
  <w:num w:numId="9" w16cid:durableId="1474953313">
    <w:abstractNumId w:val="0"/>
  </w:num>
  <w:num w:numId="10" w16cid:durableId="1611427425">
    <w:abstractNumId w:val="28"/>
  </w:num>
  <w:num w:numId="11" w16cid:durableId="1916234433">
    <w:abstractNumId w:val="19"/>
  </w:num>
  <w:num w:numId="12" w16cid:durableId="916209605">
    <w:abstractNumId w:val="35"/>
  </w:num>
  <w:num w:numId="13" w16cid:durableId="672686111">
    <w:abstractNumId w:val="20"/>
  </w:num>
  <w:num w:numId="14" w16cid:durableId="744961984">
    <w:abstractNumId w:val="37"/>
  </w:num>
  <w:num w:numId="15" w16cid:durableId="704477524">
    <w:abstractNumId w:val="24"/>
  </w:num>
  <w:num w:numId="16" w16cid:durableId="483745978">
    <w:abstractNumId w:val="16"/>
  </w:num>
  <w:num w:numId="17" w16cid:durableId="2080708026">
    <w:abstractNumId w:val="27"/>
  </w:num>
  <w:num w:numId="18" w16cid:durableId="1446268143">
    <w:abstractNumId w:val="29"/>
  </w:num>
  <w:num w:numId="19" w16cid:durableId="159197476">
    <w:abstractNumId w:val="44"/>
  </w:num>
  <w:num w:numId="20" w16cid:durableId="737484907">
    <w:abstractNumId w:val="39"/>
  </w:num>
  <w:num w:numId="21" w16cid:durableId="1162768741">
    <w:abstractNumId w:val="13"/>
  </w:num>
  <w:num w:numId="22" w16cid:durableId="1342317334">
    <w:abstractNumId w:val="34"/>
  </w:num>
  <w:num w:numId="23" w16cid:durableId="57440855">
    <w:abstractNumId w:val="21"/>
  </w:num>
  <w:num w:numId="24" w16cid:durableId="1106926839">
    <w:abstractNumId w:val="25"/>
  </w:num>
  <w:num w:numId="25" w16cid:durableId="969213476">
    <w:abstractNumId w:val="22"/>
  </w:num>
  <w:num w:numId="26" w16cid:durableId="1908879630">
    <w:abstractNumId w:val="18"/>
  </w:num>
  <w:num w:numId="27" w16cid:durableId="312297839">
    <w:abstractNumId w:val="40"/>
  </w:num>
  <w:num w:numId="28" w16cid:durableId="591009077">
    <w:abstractNumId w:val="31"/>
  </w:num>
  <w:num w:numId="29" w16cid:durableId="1208105942">
    <w:abstractNumId w:val="26"/>
  </w:num>
  <w:num w:numId="30" w16cid:durableId="131757138">
    <w:abstractNumId w:val="23"/>
  </w:num>
  <w:num w:numId="31" w16cid:durableId="758449752">
    <w:abstractNumId w:val="11"/>
  </w:num>
  <w:num w:numId="32" w16cid:durableId="428279827">
    <w:abstractNumId w:val="42"/>
  </w:num>
  <w:num w:numId="33" w16cid:durableId="1833059813">
    <w:abstractNumId w:val="30"/>
  </w:num>
  <w:num w:numId="34" w16cid:durableId="1976831749">
    <w:abstractNumId w:val="17"/>
  </w:num>
  <w:num w:numId="35" w16cid:durableId="1750926564">
    <w:abstractNumId w:val="38"/>
  </w:num>
  <w:num w:numId="36" w16cid:durableId="1341736633">
    <w:abstractNumId w:val="41"/>
  </w:num>
  <w:num w:numId="37" w16cid:durableId="578447863">
    <w:abstractNumId w:val="10"/>
  </w:num>
  <w:num w:numId="38" w16cid:durableId="127473916">
    <w:abstractNumId w:val="45"/>
  </w:num>
  <w:num w:numId="39" w16cid:durableId="1829898687">
    <w:abstractNumId w:val="14"/>
  </w:num>
  <w:num w:numId="40" w16cid:durableId="1926188348">
    <w:abstractNumId w:val="32"/>
  </w:num>
  <w:num w:numId="41" w16cid:durableId="101002314">
    <w:abstractNumId w:val="33"/>
  </w:num>
  <w:num w:numId="42" w16cid:durableId="904418254">
    <w:abstractNumId w:val="36"/>
  </w:num>
  <w:num w:numId="43" w16cid:durableId="1625311308">
    <w:abstractNumId w:val="7"/>
  </w:num>
  <w:num w:numId="44" w16cid:durableId="1269579359">
    <w:abstractNumId w:val="15"/>
  </w:num>
  <w:num w:numId="45" w16cid:durableId="879054772">
    <w:abstractNumId w:val="12"/>
  </w:num>
  <w:num w:numId="46" w16cid:durableId="70396798">
    <w:abstractNumId w:val="9"/>
  </w:num>
  <w:num w:numId="47" w16cid:durableId="310252108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3879"/>
    <w:rsid w:val="00030DA0"/>
    <w:rsid w:val="00034616"/>
    <w:rsid w:val="00053293"/>
    <w:rsid w:val="00054788"/>
    <w:rsid w:val="000605D6"/>
    <w:rsid w:val="0006063C"/>
    <w:rsid w:val="0006294D"/>
    <w:rsid w:val="00063147"/>
    <w:rsid w:val="000647A5"/>
    <w:rsid w:val="0007677A"/>
    <w:rsid w:val="000B62B2"/>
    <w:rsid w:val="000D706C"/>
    <w:rsid w:val="000E7F66"/>
    <w:rsid w:val="000F0613"/>
    <w:rsid w:val="00113BB6"/>
    <w:rsid w:val="001370A2"/>
    <w:rsid w:val="00142A44"/>
    <w:rsid w:val="0015074B"/>
    <w:rsid w:val="00165CEA"/>
    <w:rsid w:val="00172966"/>
    <w:rsid w:val="00183774"/>
    <w:rsid w:val="0018446B"/>
    <w:rsid w:val="00190ED5"/>
    <w:rsid w:val="001A1021"/>
    <w:rsid w:val="001A1849"/>
    <w:rsid w:val="001A644C"/>
    <w:rsid w:val="001B487A"/>
    <w:rsid w:val="001B545C"/>
    <w:rsid w:val="001D6F49"/>
    <w:rsid w:val="001D745A"/>
    <w:rsid w:val="001E0491"/>
    <w:rsid w:val="001E0E2C"/>
    <w:rsid w:val="001F394A"/>
    <w:rsid w:val="001F4606"/>
    <w:rsid w:val="001F5DF9"/>
    <w:rsid w:val="0020246B"/>
    <w:rsid w:val="00204B0D"/>
    <w:rsid w:val="00221365"/>
    <w:rsid w:val="00236283"/>
    <w:rsid w:val="002551CE"/>
    <w:rsid w:val="002718F1"/>
    <w:rsid w:val="00272000"/>
    <w:rsid w:val="00274977"/>
    <w:rsid w:val="00280BF4"/>
    <w:rsid w:val="0028588C"/>
    <w:rsid w:val="0029159C"/>
    <w:rsid w:val="0029639D"/>
    <w:rsid w:val="002C4135"/>
    <w:rsid w:val="002D79B4"/>
    <w:rsid w:val="002F3186"/>
    <w:rsid w:val="0030764C"/>
    <w:rsid w:val="003168A7"/>
    <w:rsid w:val="003175FE"/>
    <w:rsid w:val="00326F90"/>
    <w:rsid w:val="00340B88"/>
    <w:rsid w:val="00365221"/>
    <w:rsid w:val="00385C19"/>
    <w:rsid w:val="0039035F"/>
    <w:rsid w:val="003941E3"/>
    <w:rsid w:val="003A0E48"/>
    <w:rsid w:val="003D1CCD"/>
    <w:rsid w:val="003E6979"/>
    <w:rsid w:val="00401059"/>
    <w:rsid w:val="004063EF"/>
    <w:rsid w:val="00415B23"/>
    <w:rsid w:val="00425773"/>
    <w:rsid w:val="004465BC"/>
    <w:rsid w:val="00451BA6"/>
    <w:rsid w:val="004541CA"/>
    <w:rsid w:val="00454D5F"/>
    <w:rsid w:val="00474676"/>
    <w:rsid w:val="00493B89"/>
    <w:rsid w:val="00496BE7"/>
    <w:rsid w:val="004A794F"/>
    <w:rsid w:val="004B2C50"/>
    <w:rsid w:val="004B4FBA"/>
    <w:rsid w:val="004D5BB0"/>
    <w:rsid w:val="00507A2F"/>
    <w:rsid w:val="00537436"/>
    <w:rsid w:val="0057612D"/>
    <w:rsid w:val="0057729B"/>
    <w:rsid w:val="005847E8"/>
    <w:rsid w:val="0058584A"/>
    <w:rsid w:val="00591B02"/>
    <w:rsid w:val="00596523"/>
    <w:rsid w:val="005A2D6F"/>
    <w:rsid w:val="005B41F7"/>
    <w:rsid w:val="005D21C3"/>
    <w:rsid w:val="005D2EE0"/>
    <w:rsid w:val="005D7D7C"/>
    <w:rsid w:val="005E06AA"/>
    <w:rsid w:val="005E110A"/>
    <w:rsid w:val="005E7972"/>
    <w:rsid w:val="006438CA"/>
    <w:rsid w:val="00652CD7"/>
    <w:rsid w:val="00661755"/>
    <w:rsid w:val="0066333F"/>
    <w:rsid w:val="00663792"/>
    <w:rsid w:val="006676C6"/>
    <w:rsid w:val="0068742F"/>
    <w:rsid w:val="006A043A"/>
    <w:rsid w:val="006A47B1"/>
    <w:rsid w:val="006C3F48"/>
    <w:rsid w:val="006E6DC1"/>
    <w:rsid w:val="00713139"/>
    <w:rsid w:val="00724FEF"/>
    <w:rsid w:val="00726CD2"/>
    <w:rsid w:val="00737C9E"/>
    <w:rsid w:val="00741869"/>
    <w:rsid w:val="00755F2B"/>
    <w:rsid w:val="00756E26"/>
    <w:rsid w:val="00765CFA"/>
    <w:rsid w:val="00770C11"/>
    <w:rsid w:val="00795077"/>
    <w:rsid w:val="00797C81"/>
    <w:rsid w:val="007A0983"/>
    <w:rsid w:val="007A3D47"/>
    <w:rsid w:val="007A5A9A"/>
    <w:rsid w:val="007C02AB"/>
    <w:rsid w:val="007C58A4"/>
    <w:rsid w:val="007C690F"/>
    <w:rsid w:val="007D364E"/>
    <w:rsid w:val="007F19F2"/>
    <w:rsid w:val="007F6334"/>
    <w:rsid w:val="00800EAD"/>
    <w:rsid w:val="00813DAD"/>
    <w:rsid w:val="00831DFF"/>
    <w:rsid w:val="00846D7F"/>
    <w:rsid w:val="00850E87"/>
    <w:rsid w:val="00860C2E"/>
    <w:rsid w:val="008622FE"/>
    <w:rsid w:val="00891320"/>
    <w:rsid w:val="008B2B23"/>
    <w:rsid w:val="008B38BA"/>
    <w:rsid w:val="008B421F"/>
    <w:rsid w:val="008D34AF"/>
    <w:rsid w:val="008D629C"/>
    <w:rsid w:val="008E26A9"/>
    <w:rsid w:val="008F366B"/>
    <w:rsid w:val="0090560E"/>
    <w:rsid w:val="00920915"/>
    <w:rsid w:val="0092176F"/>
    <w:rsid w:val="009328BD"/>
    <w:rsid w:val="009411C7"/>
    <w:rsid w:val="00946DD8"/>
    <w:rsid w:val="0096548A"/>
    <w:rsid w:val="00973D1E"/>
    <w:rsid w:val="00975A9C"/>
    <w:rsid w:val="00977B38"/>
    <w:rsid w:val="00987BFA"/>
    <w:rsid w:val="009A1557"/>
    <w:rsid w:val="009C499A"/>
    <w:rsid w:val="009D1E16"/>
    <w:rsid w:val="009D6094"/>
    <w:rsid w:val="00A06B74"/>
    <w:rsid w:val="00A122CD"/>
    <w:rsid w:val="00A20541"/>
    <w:rsid w:val="00A314A3"/>
    <w:rsid w:val="00A37B47"/>
    <w:rsid w:val="00A407FB"/>
    <w:rsid w:val="00A42805"/>
    <w:rsid w:val="00A679F5"/>
    <w:rsid w:val="00A806D6"/>
    <w:rsid w:val="00A83FB9"/>
    <w:rsid w:val="00A922B8"/>
    <w:rsid w:val="00AA1D8D"/>
    <w:rsid w:val="00AA7522"/>
    <w:rsid w:val="00AC063F"/>
    <w:rsid w:val="00AC34F8"/>
    <w:rsid w:val="00AF42BA"/>
    <w:rsid w:val="00B02C7F"/>
    <w:rsid w:val="00B0660E"/>
    <w:rsid w:val="00B31B4E"/>
    <w:rsid w:val="00B47730"/>
    <w:rsid w:val="00B5432E"/>
    <w:rsid w:val="00B74698"/>
    <w:rsid w:val="00B82CE9"/>
    <w:rsid w:val="00B84333"/>
    <w:rsid w:val="00BC6197"/>
    <w:rsid w:val="00BD579C"/>
    <w:rsid w:val="00BF6603"/>
    <w:rsid w:val="00C01936"/>
    <w:rsid w:val="00C11872"/>
    <w:rsid w:val="00C201B3"/>
    <w:rsid w:val="00C231C8"/>
    <w:rsid w:val="00C35272"/>
    <w:rsid w:val="00C4147E"/>
    <w:rsid w:val="00C41A68"/>
    <w:rsid w:val="00C47A83"/>
    <w:rsid w:val="00C7151C"/>
    <w:rsid w:val="00C72F41"/>
    <w:rsid w:val="00C81223"/>
    <w:rsid w:val="00C819ED"/>
    <w:rsid w:val="00C838B0"/>
    <w:rsid w:val="00CA6CC9"/>
    <w:rsid w:val="00CB0664"/>
    <w:rsid w:val="00CB7518"/>
    <w:rsid w:val="00CC47EC"/>
    <w:rsid w:val="00CF2556"/>
    <w:rsid w:val="00D04016"/>
    <w:rsid w:val="00D17A98"/>
    <w:rsid w:val="00D37EC4"/>
    <w:rsid w:val="00D40AC8"/>
    <w:rsid w:val="00D40F61"/>
    <w:rsid w:val="00D410E0"/>
    <w:rsid w:val="00D42709"/>
    <w:rsid w:val="00D47177"/>
    <w:rsid w:val="00D848A5"/>
    <w:rsid w:val="00D85866"/>
    <w:rsid w:val="00D87389"/>
    <w:rsid w:val="00D92916"/>
    <w:rsid w:val="00DA0D34"/>
    <w:rsid w:val="00DA1CE5"/>
    <w:rsid w:val="00DA5DFC"/>
    <w:rsid w:val="00DA7EE5"/>
    <w:rsid w:val="00DD052C"/>
    <w:rsid w:val="00DE06F5"/>
    <w:rsid w:val="00DE5EBD"/>
    <w:rsid w:val="00E10295"/>
    <w:rsid w:val="00E13B61"/>
    <w:rsid w:val="00E316E2"/>
    <w:rsid w:val="00E32E05"/>
    <w:rsid w:val="00E347B2"/>
    <w:rsid w:val="00E34E43"/>
    <w:rsid w:val="00E373F2"/>
    <w:rsid w:val="00E81336"/>
    <w:rsid w:val="00E866DE"/>
    <w:rsid w:val="00E87A96"/>
    <w:rsid w:val="00EA42AD"/>
    <w:rsid w:val="00EB1C42"/>
    <w:rsid w:val="00EC187C"/>
    <w:rsid w:val="00ED6B75"/>
    <w:rsid w:val="00EE00F3"/>
    <w:rsid w:val="00EE1BD8"/>
    <w:rsid w:val="00EF2925"/>
    <w:rsid w:val="00EF47BD"/>
    <w:rsid w:val="00EF4A3C"/>
    <w:rsid w:val="00F01F23"/>
    <w:rsid w:val="00F02DC3"/>
    <w:rsid w:val="00F1267A"/>
    <w:rsid w:val="00F13FD5"/>
    <w:rsid w:val="00F14FAB"/>
    <w:rsid w:val="00F235A5"/>
    <w:rsid w:val="00F75A26"/>
    <w:rsid w:val="00FA14A1"/>
    <w:rsid w:val="00FB01D6"/>
    <w:rsid w:val="00FB13FA"/>
    <w:rsid w:val="00FC693F"/>
    <w:rsid w:val="00FD4B6F"/>
    <w:rsid w:val="00FE1AD3"/>
    <w:rsid w:val="00FE3D30"/>
    <w:rsid w:val="00FF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D523FF"/>
  <w14:defaultImageDpi w14:val="300"/>
  <w15:docId w15:val="{4138DFD7-EAC1-4C01-894F-36BF0486E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ody">
    <w:name w:val="Body"/>
    <w:rPr>
      <w:rFonts w:ascii="Aptos" w:hAnsi="Aptos"/>
      <w:sz w:val="21"/>
    </w:rPr>
  </w:style>
  <w:style w:type="paragraph" w:customStyle="1" w:styleId="Small">
    <w:name w:val="Small"/>
    <w:rPr>
      <w:rFonts w:ascii="Aptos" w:hAnsi="Aptos"/>
      <w:sz w:val="18"/>
    </w:rPr>
  </w:style>
  <w:style w:type="paragraph" w:customStyle="1" w:styleId="SectionHeader">
    <w:name w:val="SectionHeader"/>
    <w:rPr>
      <w:rFonts w:ascii="Aptos" w:hAnsi="Aptos"/>
      <w:b/>
      <w:sz w:val="26"/>
    </w:rPr>
  </w:style>
  <w:style w:type="paragraph" w:customStyle="1" w:styleId="TableText">
    <w:name w:val="TableText"/>
    <w:rPr>
      <w:rFonts w:ascii="Aptos" w:hAnsi="Aptos"/>
      <w:sz w:val="19"/>
    </w:rPr>
  </w:style>
  <w:style w:type="paragraph" w:styleId="TOC1">
    <w:name w:val="toc 1"/>
    <w:basedOn w:val="Normal"/>
    <w:next w:val="Normal"/>
    <w:autoRedefine/>
    <w:uiPriority w:val="39"/>
    <w:unhideWhenUsed/>
    <w:rsid w:val="00CF255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F2556"/>
    <w:pPr>
      <w:spacing w:after="100"/>
      <w:ind w:left="210"/>
    </w:pPr>
  </w:style>
  <w:style w:type="character" w:styleId="Hyperlink">
    <w:name w:val="Hyperlink"/>
    <w:basedOn w:val="DefaultParagraphFont"/>
    <w:uiPriority w:val="99"/>
    <w:unhideWhenUsed/>
    <w:rsid w:val="00CF255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13D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3D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3DAD"/>
    <w:rPr>
      <w:rFonts w:ascii="Aptos" w:hAnsi="Apto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3D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3DAD"/>
    <w:rPr>
      <w:rFonts w:ascii="Aptos" w:hAnsi="Aptos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74698"/>
    <w:rPr>
      <w:color w:val="605E5C"/>
      <w:shd w:val="clear" w:color="auto" w:fill="E1DFDD"/>
    </w:rPr>
  </w:style>
  <w:style w:type="table" w:styleId="ListTable1Light-Accent4">
    <w:name w:val="List Table 1 Light Accent 4"/>
    <w:basedOn w:val="TableNormal"/>
    <w:uiPriority w:val="46"/>
    <w:rsid w:val="00FF4B5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">
    <w:name w:val="List Table 1 Light"/>
    <w:basedOn w:val="TableNormal"/>
    <w:uiPriority w:val="46"/>
    <w:rsid w:val="00FF4B5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FF4B5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FB13F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OC3">
    <w:name w:val="toc 3"/>
    <w:basedOn w:val="Normal"/>
    <w:next w:val="Normal"/>
    <w:autoRedefine/>
    <w:uiPriority w:val="39"/>
    <w:unhideWhenUsed/>
    <w:rsid w:val="00C81223"/>
    <w:pPr>
      <w:spacing w:after="100"/>
      <w:ind w:left="420"/>
    </w:pPr>
  </w:style>
  <w:style w:type="table" w:styleId="PlainTable1">
    <w:name w:val="Plain Table 1"/>
    <w:basedOn w:val="TableNormal"/>
    <w:uiPriority w:val="99"/>
    <w:rsid w:val="003175F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2-Accent1">
    <w:name w:val="Grid Table 2 Accent 1"/>
    <w:basedOn w:val="TableNormal"/>
    <w:uiPriority w:val="47"/>
    <w:rsid w:val="003175FE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">
    <w:name w:val="Grid Table 2"/>
    <w:basedOn w:val="TableNormal"/>
    <w:uiPriority w:val="99"/>
    <w:rsid w:val="003175F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F75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16</Pages>
  <Words>1961</Words>
  <Characters>11183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Marios Nicolaou</cp:lastModifiedBy>
  <cp:revision>18</cp:revision>
  <dcterms:created xsi:type="dcterms:W3CDTF">2026-05-08T11:43:00Z</dcterms:created>
  <dcterms:modified xsi:type="dcterms:W3CDTF">2026-06-05T05:52:00Z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2e5e40d0-538a-4dbe-89c1-da6d8f00a6e4</vt:lpwstr>
  </property>
</Properties>
</file>